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472" w:rsidRPr="007C75F5" w:rsidRDefault="0072532F" w:rsidP="00197075">
      <w:pPr>
        <w:rPr>
          <w:rFonts w:ascii="UD デジタル 教科書体 NK-R" w:eastAsia="UD デジタル 教科書体 NK-R"/>
          <w:sz w:val="22"/>
          <w:lang w:eastAsia="ja-JP"/>
        </w:rPr>
      </w:pPr>
      <w:r w:rsidRPr="007C75F5">
        <w:rPr>
          <w:rFonts w:ascii="UD デジタル 教科書体 NK-R" w:eastAsia="UD デジタル 教科書体 NK-R" w:hAnsi="ＭＳ ゴシック" w:hint="eastAsia"/>
          <w:sz w:val="22"/>
          <w:lang w:eastAsia="ja-JP"/>
        </w:rPr>
        <w:t>別記様式Ｄ</w:t>
      </w:r>
    </w:p>
    <w:p w:rsidR="00AB3554" w:rsidRPr="007C75F5" w:rsidRDefault="00AB3554">
      <w:pPr>
        <w:jc w:val="center"/>
        <w:rPr>
          <w:rFonts w:ascii="UD デジタル 教科書体 NK-R" w:eastAsia="UD デジタル 教科書体 NK-R" w:hAnsi="ＭＳ ゴシック"/>
          <w:sz w:val="28"/>
          <w:szCs w:val="28"/>
          <w:lang w:eastAsia="ja-JP"/>
        </w:rPr>
      </w:pPr>
      <w:r w:rsidRPr="007C75F5">
        <w:rPr>
          <w:rFonts w:ascii="UD デジタル 教科書体 NK-R" w:eastAsia="UD デジタル 教科書体 NK-R" w:hAnsi="ＭＳ ゴシック" w:hint="eastAsia"/>
          <w:sz w:val="28"/>
          <w:szCs w:val="28"/>
          <w:lang w:eastAsia="ja-JP"/>
        </w:rPr>
        <w:t>自主事業及び業務基準以上に実施する業務の実施計画書</w:t>
      </w:r>
    </w:p>
    <w:p w:rsidR="001B2472" w:rsidRPr="00C7067E" w:rsidRDefault="001B2472" w:rsidP="00C7067E">
      <w:pPr>
        <w:jc w:val="center"/>
        <w:rPr>
          <w:rFonts w:ascii="UD デジタル 教科書体 NK-R" w:eastAsia="UD デジタル 教科書体 NK-R"/>
          <w:color w:val="000000" w:themeColor="text1"/>
          <w:sz w:val="24"/>
          <w:szCs w:val="24"/>
          <w:lang w:eastAsia="ja-JP"/>
        </w:rPr>
      </w:pPr>
    </w:p>
    <w:p w:rsidR="001B2472" w:rsidRPr="0072532F" w:rsidRDefault="002D2C58">
      <w:pPr>
        <w:rPr>
          <w:rFonts w:ascii="UD デジタル 教科書体 NK-R" w:eastAsia="UD デジタル 教科書体 NK-R"/>
          <w:sz w:val="20"/>
          <w:szCs w:val="20"/>
          <w:lang w:eastAsia="ja-JP"/>
        </w:rPr>
      </w:pPr>
      <w:r>
        <w:rPr>
          <w:rFonts w:ascii="UD デジタル 教科書体 NK-R" w:eastAsia="UD デジタル 教科書体 NK-R" w:hint="eastAsia"/>
          <w:sz w:val="20"/>
          <w:szCs w:val="20"/>
          <w:lang w:eastAsia="ja-JP"/>
        </w:rPr>
        <w:t>※　自主事業実施計画」は、</w:t>
      </w:r>
      <w:r w:rsidR="0072532F" w:rsidRPr="0072532F">
        <w:rPr>
          <w:rFonts w:ascii="UD デジタル 教科書体 NK-R" w:eastAsia="UD デジタル 教科書体 NK-R" w:hint="eastAsia"/>
          <w:sz w:val="20"/>
          <w:szCs w:val="20"/>
          <w:lang w:eastAsia="ja-JP"/>
        </w:rPr>
        <w:t>基本的な取組に加</w:t>
      </w:r>
      <w:bookmarkStart w:id="0" w:name="_GoBack"/>
      <w:bookmarkEnd w:id="0"/>
      <w:r w:rsidR="0072532F" w:rsidRPr="0072532F">
        <w:rPr>
          <w:rFonts w:ascii="UD デジタル 教科書体 NK-R" w:eastAsia="UD デジタル 教科書体 NK-R" w:hint="eastAsia"/>
          <w:sz w:val="20"/>
          <w:szCs w:val="20"/>
          <w:lang w:eastAsia="ja-JP"/>
        </w:rPr>
        <w:t>えて、指定管理者の創意工夫により提案する自主事業を記載してください。</w:t>
      </w:r>
    </w:p>
    <w:p w:rsidR="001B2472" w:rsidRPr="0072532F" w:rsidRDefault="0072532F">
      <w:pPr>
        <w:spacing w:after="100"/>
        <w:rPr>
          <w:rFonts w:ascii="UD デジタル 教科書体 NK-R" w:eastAsia="UD デジタル 教科書体 NK-R"/>
          <w:sz w:val="20"/>
          <w:szCs w:val="20"/>
          <w:lang w:eastAsia="ja-JP"/>
        </w:rPr>
      </w:pPr>
      <w:r w:rsidRPr="0072532F">
        <w:rPr>
          <w:rFonts w:ascii="UD デジタル 教科書体 NK-R" w:eastAsia="UD デジタル 教科書体 NK-R" w:hint="eastAsia"/>
          <w:sz w:val="20"/>
          <w:szCs w:val="20"/>
          <w:lang w:eastAsia="ja-JP"/>
        </w:rPr>
        <w:t>※　記入欄は必要に応じて増やしてください。別紙を添付することも可能です。</w:t>
      </w:r>
    </w:p>
    <w:p w:rsidR="001B2472" w:rsidRPr="00B72F81" w:rsidRDefault="00FC1DCE">
      <w:pPr>
        <w:spacing w:before="160" w:after="80"/>
        <w:rPr>
          <w:rFonts w:ascii="UD デジタル 教科書体 NK-R" w:eastAsia="UD デジタル 教科書体 NK-R"/>
          <w:sz w:val="24"/>
          <w:szCs w:val="24"/>
          <w:lang w:eastAsia="ja-JP"/>
        </w:rPr>
      </w:pPr>
      <w:r w:rsidRPr="00B72F81">
        <w:rPr>
          <w:rFonts w:ascii="UD デジタル 教科書体 NK-R" w:eastAsia="UD デジタル 教科書体 NK-R" w:hAnsi="ＭＳ ゴシック" w:hint="eastAsia"/>
          <w:sz w:val="24"/>
          <w:szCs w:val="24"/>
          <w:lang w:eastAsia="ja-JP"/>
        </w:rPr>
        <w:t>１</w:t>
      </w:r>
      <w:r w:rsidR="0072532F" w:rsidRPr="00B72F81">
        <w:rPr>
          <w:rFonts w:ascii="UD デジタル 教科書体 NK-R" w:eastAsia="UD デジタル 教科書体 NK-R" w:hAnsi="ＭＳ ゴシック" w:hint="eastAsia"/>
          <w:sz w:val="24"/>
          <w:szCs w:val="24"/>
          <w:lang w:eastAsia="ja-JP"/>
        </w:rPr>
        <w:t xml:space="preserve">　自主事業実施計画</w:t>
      </w:r>
    </w:p>
    <w:p w:rsidR="001B2472" w:rsidRPr="00350BF5" w:rsidRDefault="0072532F">
      <w:pPr>
        <w:spacing w:after="100"/>
        <w:rPr>
          <w:rFonts w:ascii="UD デジタル 教科書体 NK-R" w:eastAsia="UD デジタル 教科書体 NK-R"/>
          <w:szCs w:val="21"/>
          <w:lang w:eastAsia="ja-JP"/>
        </w:rPr>
      </w:pPr>
      <w:r w:rsidRPr="0072532F">
        <w:rPr>
          <w:rFonts w:ascii="UD デジタル 教科書体 NK-R" w:eastAsia="UD デジタル 教科書体 NK-R" w:hint="eastAsia"/>
          <w:szCs w:val="21"/>
          <w:lang w:eastAsia="ja-JP"/>
        </w:rPr>
        <w:t>海津市市民プールの魅力を高める取組、サービスの向上策その他、本市が目指す「地域の健康・交流拠点」としての機能をさらに高める自主事業について、具体的な方策を記載してください。</w:t>
      </w:r>
    </w:p>
    <w:p w:rsidR="001B2472" w:rsidRPr="0072532F" w:rsidRDefault="0072532F">
      <w:pPr>
        <w:rPr>
          <w:rFonts w:ascii="UD デジタル 教科書体 NK-R" w:eastAsia="UD デジタル 教科書体 NK-R"/>
        </w:rPr>
      </w:pPr>
      <w:r w:rsidRPr="0072532F">
        <w:rPr>
          <w:rFonts w:ascii="UD デジタル 教科書体 NK-R" w:eastAsia="UD デジタル 教科書体 NK-R" w:hint="eastAsia"/>
          <w:b/>
        </w:rPr>
        <w:t>（１）自主事業全体一覧</w:t>
      </w:r>
    </w:p>
    <w:tbl>
      <w:tblPr>
        <w:tblStyle w:val="afe"/>
        <w:tblW w:w="0" w:type="auto"/>
        <w:jc w:val="center"/>
        <w:tblLook w:val="04A0" w:firstRow="1" w:lastRow="0" w:firstColumn="1" w:lastColumn="0" w:noHBand="0" w:noVBand="1"/>
      </w:tblPr>
      <w:tblGrid>
        <w:gridCol w:w="566"/>
        <w:gridCol w:w="2111"/>
        <w:gridCol w:w="1945"/>
        <w:gridCol w:w="1392"/>
        <w:gridCol w:w="1226"/>
        <w:gridCol w:w="1558"/>
        <w:gridCol w:w="1392"/>
      </w:tblGrid>
      <w:tr w:rsidR="001B2472" w:rsidRPr="0072532F" w:rsidTr="00946124">
        <w:trPr>
          <w:jc w:val="center"/>
        </w:trPr>
        <w:tc>
          <w:tcPr>
            <w:tcW w:w="567" w:type="dxa"/>
            <w:shd w:val="clear" w:color="auto" w:fill="auto"/>
            <w:vAlign w:val="center"/>
          </w:tcPr>
          <w:p w:rsidR="001B2472" w:rsidRPr="0072532F" w:rsidRDefault="0072532F" w:rsidP="00350BF5">
            <w:pPr>
              <w:jc w:val="center"/>
              <w:rPr>
                <w:rFonts w:ascii="UD デジタル 教科書体 NK-R" w:eastAsia="UD デジタル 教科書体 NK-R"/>
              </w:rPr>
            </w:pPr>
            <w:r w:rsidRPr="0072532F">
              <w:rPr>
                <w:rFonts w:ascii="UD デジタル 教科書体 NK-R" w:eastAsia="UD デジタル 教科書体 NK-R" w:hint="eastAsia"/>
                <w:b/>
                <w:sz w:val="17"/>
              </w:rPr>
              <w:t>No.</w:t>
            </w:r>
          </w:p>
        </w:tc>
        <w:tc>
          <w:tcPr>
            <w:tcW w:w="2154" w:type="dxa"/>
            <w:shd w:val="clear" w:color="auto" w:fill="auto"/>
            <w:vAlign w:val="center"/>
          </w:tcPr>
          <w:p w:rsidR="001B2472" w:rsidRPr="0072532F" w:rsidRDefault="0072532F" w:rsidP="00350BF5">
            <w:pPr>
              <w:jc w:val="center"/>
              <w:rPr>
                <w:rFonts w:ascii="UD デジタル 教科書体 NK-R" w:eastAsia="UD デジタル 教科書体 NK-R"/>
              </w:rPr>
            </w:pPr>
            <w:r w:rsidRPr="0072532F">
              <w:rPr>
                <w:rFonts w:ascii="UD デジタル 教科書体 NK-R" w:eastAsia="UD デジタル 教科書体 NK-R" w:hint="eastAsia"/>
                <w:b/>
                <w:sz w:val="17"/>
              </w:rPr>
              <w:t>事業名</w:t>
            </w:r>
          </w:p>
        </w:tc>
        <w:tc>
          <w:tcPr>
            <w:tcW w:w="1984" w:type="dxa"/>
            <w:shd w:val="clear" w:color="auto" w:fill="auto"/>
            <w:vAlign w:val="center"/>
          </w:tcPr>
          <w:p w:rsidR="001B2472" w:rsidRPr="0072532F" w:rsidRDefault="0072532F" w:rsidP="00350BF5">
            <w:pPr>
              <w:jc w:val="center"/>
              <w:rPr>
                <w:rFonts w:ascii="UD デジタル 教科書体 NK-R" w:eastAsia="UD デジタル 教科書体 NK-R"/>
              </w:rPr>
            </w:pPr>
            <w:r w:rsidRPr="0072532F">
              <w:rPr>
                <w:rFonts w:ascii="UD デジタル 教科書体 NK-R" w:eastAsia="UD デジタル 教科書体 NK-R" w:hint="eastAsia"/>
                <w:b/>
                <w:sz w:val="17"/>
              </w:rPr>
              <w:t>関連テーマ</w:t>
            </w:r>
          </w:p>
        </w:tc>
        <w:tc>
          <w:tcPr>
            <w:tcW w:w="1417" w:type="dxa"/>
            <w:shd w:val="clear" w:color="auto" w:fill="auto"/>
            <w:vAlign w:val="center"/>
          </w:tcPr>
          <w:p w:rsidR="001B2472" w:rsidRPr="0072532F" w:rsidRDefault="0072532F" w:rsidP="00350BF5">
            <w:pPr>
              <w:jc w:val="center"/>
              <w:rPr>
                <w:rFonts w:ascii="UD デジタル 教科書体 NK-R" w:eastAsia="UD デジタル 教科書体 NK-R"/>
              </w:rPr>
            </w:pPr>
            <w:r w:rsidRPr="0072532F">
              <w:rPr>
                <w:rFonts w:ascii="UD デジタル 教科書体 NK-R" w:eastAsia="UD デジタル 教科書体 NK-R" w:hint="eastAsia"/>
                <w:b/>
                <w:sz w:val="17"/>
              </w:rPr>
              <w:t>対象者</w:t>
            </w:r>
          </w:p>
        </w:tc>
        <w:tc>
          <w:tcPr>
            <w:tcW w:w="1247" w:type="dxa"/>
            <w:shd w:val="clear" w:color="auto" w:fill="auto"/>
            <w:vAlign w:val="center"/>
          </w:tcPr>
          <w:p w:rsidR="001B2472" w:rsidRPr="0072532F" w:rsidRDefault="0072532F" w:rsidP="00350BF5">
            <w:pPr>
              <w:jc w:val="center"/>
              <w:rPr>
                <w:rFonts w:ascii="UD デジタル 教科書体 NK-R" w:eastAsia="UD デジタル 教科書体 NK-R"/>
              </w:rPr>
            </w:pPr>
            <w:r w:rsidRPr="0072532F">
              <w:rPr>
                <w:rFonts w:ascii="UD デジタル 教科書体 NK-R" w:eastAsia="UD デジタル 教科書体 NK-R" w:hint="eastAsia"/>
                <w:b/>
                <w:sz w:val="17"/>
              </w:rPr>
              <w:t>実施頻度</w:t>
            </w:r>
          </w:p>
        </w:tc>
        <w:tc>
          <w:tcPr>
            <w:tcW w:w="1587" w:type="dxa"/>
            <w:shd w:val="clear" w:color="auto" w:fill="auto"/>
            <w:vAlign w:val="center"/>
          </w:tcPr>
          <w:p w:rsidR="001B2472" w:rsidRPr="0072532F" w:rsidRDefault="0072532F" w:rsidP="00350BF5">
            <w:pPr>
              <w:jc w:val="center"/>
              <w:rPr>
                <w:rFonts w:ascii="UD デジタル 教科書体 NK-R" w:eastAsia="UD デジタル 教科書体 NK-R"/>
              </w:rPr>
            </w:pPr>
            <w:r w:rsidRPr="0072532F">
              <w:rPr>
                <w:rFonts w:ascii="UD デジタル 教科書体 NK-R" w:eastAsia="UD デジタル 教科書体 NK-R" w:hint="eastAsia"/>
                <w:b/>
                <w:sz w:val="17"/>
              </w:rPr>
              <w:t>主な連携先</w:t>
            </w:r>
          </w:p>
        </w:tc>
        <w:tc>
          <w:tcPr>
            <w:tcW w:w="1417" w:type="dxa"/>
            <w:shd w:val="clear" w:color="auto" w:fill="auto"/>
            <w:vAlign w:val="center"/>
          </w:tcPr>
          <w:p w:rsidR="001B2472" w:rsidRPr="0072532F" w:rsidRDefault="0072532F" w:rsidP="00350BF5">
            <w:pPr>
              <w:jc w:val="center"/>
              <w:rPr>
                <w:rFonts w:ascii="UD デジタル 教科書体 NK-R" w:eastAsia="UD デジタル 教科書体 NK-R"/>
              </w:rPr>
            </w:pPr>
            <w:r w:rsidRPr="0072532F">
              <w:rPr>
                <w:rFonts w:ascii="UD デジタル 教科書体 NK-R" w:eastAsia="UD デジタル 教科書体 NK-R" w:hint="eastAsia"/>
                <w:b/>
                <w:sz w:val="17"/>
              </w:rPr>
              <w:t>年間収支</w:t>
            </w:r>
          </w:p>
        </w:tc>
      </w:tr>
      <w:tr w:rsidR="001B2472" w:rsidRPr="0072532F">
        <w:trPr>
          <w:jc w:val="center"/>
        </w:trPr>
        <w:tc>
          <w:tcPr>
            <w:tcW w:w="567" w:type="dxa"/>
            <w:vAlign w:val="center"/>
          </w:tcPr>
          <w:p w:rsidR="001B2472" w:rsidRPr="0072532F" w:rsidRDefault="001B2472">
            <w:pPr>
              <w:rPr>
                <w:rFonts w:ascii="UD デジタル 教科書体 NK-R" w:eastAsia="UD デジタル 教科書体 NK-R"/>
              </w:rPr>
            </w:pPr>
          </w:p>
        </w:tc>
        <w:tc>
          <w:tcPr>
            <w:tcW w:w="2154" w:type="dxa"/>
            <w:vAlign w:val="center"/>
          </w:tcPr>
          <w:p w:rsidR="001B2472" w:rsidRPr="0072532F" w:rsidRDefault="001B2472">
            <w:pPr>
              <w:rPr>
                <w:rFonts w:ascii="UD デジタル 教科書体 NK-R" w:eastAsia="UD デジタル 教科書体 NK-R"/>
              </w:rPr>
            </w:pPr>
          </w:p>
        </w:tc>
        <w:tc>
          <w:tcPr>
            <w:tcW w:w="1984" w:type="dxa"/>
            <w:vAlign w:val="center"/>
          </w:tcPr>
          <w:p w:rsidR="001B2472" w:rsidRPr="0072532F" w:rsidRDefault="001B2472">
            <w:pPr>
              <w:rPr>
                <w:rFonts w:ascii="UD デジタル 教科書体 NK-R" w:eastAsia="UD デジタル 教科書体 NK-R"/>
              </w:rPr>
            </w:pPr>
          </w:p>
        </w:tc>
        <w:tc>
          <w:tcPr>
            <w:tcW w:w="1417" w:type="dxa"/>
            <w:vAlign w:val="center"/>
          </w:tcPr>
          <w:p w:rsidR="001B2472" w:rsidRPr="0072532F" w:rsidRDefault="001B2472">
            <w:pPr>
              <w:rPr>
                <w:rFonts w:ascii="UD デジタル 教科書体 NK-R" w:eastAsia="UD デジタル 教科書体 NK-R"/>
              </w:rPr>
            </w:pPr>
          </w:p>
        </w:tc>
        <w:tc>
          <w:tcPr>
            <w:tcW w:w="1247" w:type="dxa"/>
            <w:vAlign w:val="center"/>
          </w:tcPr>
          <w:p w:rsidR="001B2472" w:rsidRPr="0072532F" w:rsidRDefault="001B2472">
            <w:pPr>
              <w:rPr>
                <w:rFonts w:ascii="UD デジタル 教科書体 NK-R" w:eastAsia="UD デジタル 教科書体 NK-R"/>
              </w:rPr>
            </w:pPr>
          </w:p>
        </w:tc>
        <w:tc>
          <w:tcPr>
            <w:tcW w:w="1587" w:type="dxa"/>
            <w:vAlign w:val="center"/>
          </w:tcPr>
          <w:p w:rsidR="001B2472" w:rsidRPr="0072532F" w:rsidRDefault="001B2472">
            <w:pPr>
              <w:rPr>
                <w:rFonts w:ascii="UD デジタル 教科書体 NK-R" w:eastAsia="UD デジタル 教科書体 NK-R"/>
              </w:rPr>
            </w:pPr>
          </w:p>
        </w:tc>
        <w:tc>
          <w:tcPr>
            <w:tcW w:w="1417" w:type="dxa"/>
            <w:vAlign w:val="center"/>
          </w:tcPr>
          <w:p w:rsidR="001B2472" w:rsidRPr="0072532F" w:rsidRDefault="001B2472">
            <w:pPr>
              <w:rPr>
                <w:rFonts w:ascii="UD デジタル 教科書体 NK-R" w:eastAsia="UD デジタル 教科書体 NK-R"/>
              </w:rPr>
            </w:pPr>
          </w:p>
        </w:tc>
      </w:tr>
      <w:tr w:rsidR="001B2472" w:rsidRPr="0072532F">
        <w:trPr>
          <w:jc w:val="center"/>
        </w:trPr>
        <w:tc>
          <w:tcPr>
            <w:tcW w:w="567" w:type="dxa"/>
            <w:vAlign w:val="center"/>
          </w:tcPr>
          <w:p w:rsidR="001B2472" w:rsidRPr="0072532F" w:rsidRDefault="001B2472">
            <w:pPr>
              <w:rPr>
                <w:rFonts w:ascii="UD デジタル 教科書体 NK-R" w:eastAsia="UD デジタル 教科書体 NK-R"/>
              </w:rPr>
            </w:pPr>
          </w:p>
        </w:tc>
        <w:tc>
          <w:tcPr>
            <w:tcW w:w="2154" w:type="dxa"/>
            <w:vAlign w:val="center"/>
          </w:tcPr>
          <w:p w:rsidR="001B2472" w:rsidRPr="0072532F" w:rsidRDefault="001B2472">
            <w:pPr>
              <w:rPr>
                <w:rFonts w:ascii="UD デジタル 教科書体 NK-R" w:eastAsia="UD デジタル 教科書体 NK-R"/>
              </w:rPr>
            </w:pPr>
          </w:p>
        </w:tc>
        <w:tc>
          <w:tcPr>
            <w:tcW w:w="1984" w:type="dxa"/>
            <w:vAlign w:val="center"/>
          </w:tcPr>
          <w:p w:rsidR="001B2472" w:rsidRPr="0072532F" w:rsidRDefault="001B2472">
            <w:pPr>
              <w:rPr>
                <w:rFonts w:ascii="UD デジタル 教科書体 NK-R" w:eastAsia="UD デジタル 教科書体 NK-R"/>
              </w:rPr>
            </w:pPr>
          </w:p>
        </w:tc>
        <w:tc>
          <w:tcPr>
            <w:tcW w:w="1417" w:type="dxa"/>
            <w:vAlign w:val="center"/>
          </w:tcPr>
          <w:p w:rsidR="001B2472" w:rsidRPr="0072532F" w:rsidRDefault="001B2472">
            <w:pPr>
              <w:rPr>
                <w:rFonts w:ascii="UD デジタル 教科書体 NK-R" w:eastAsia="UD デジタル 教科書体 NK-R"/>
              </w:rPr>
            </w:pPr>
          </w:p>
        </w:tc>
        <w:tc>
          <w:tcPr>
            <w:tcW w:w="1247" w:type="dxa"/>
            <w:vAlign w:val="center"/>
          </w:tcPr>
          <w:p w:rsidR="001B2472" w:rsidRPr="0072532F" w:rsidRDefault="001B2472">
            <w:pPr>
              <w:rPr>
                <w:rFonts w:ascii="UD デジタル 教科書体 NK-R" w:eastAsia="UD デジタル 教科書体 NK-R"/>
              </w:rPr>
            </w:pPr>
          </w:p>
        </w:tc>
        <w:tc>
          <w:tcPr>
            <w:tcW w:w="1587" w:type="dxa"/>
            <w:vAlign w:val="center"/>
          </w:tcPr>
          <w:p w:rsidR="001B2472" w:rsidRPr="0072532F" w:rsidRDefault="001B2472">
            <w:pPr>
              <w:rPr>
                <w:rFonts w:ascii="UD デジタル 教科書体 NK-R" w:eastAsia="UD デジタル 教科書体 NK-R"/>
              </w:rPr>
            </w:pPr>
          </w:p>
        </w:tc>
        <w:tc>
          <w:tcPr>
            <w:tcW w:w="1417" w:type="dxa"/>
            <w:vAlign w:val="center"/>
          </w:tcPr>
          <w:p w:rsidR="001B2472" w:rsidRPr="0072532F" w:rsidRDefault="001B2472">
            <w:pPr>
              <w:rPr>
                <w:rFonts w:ascii="UD デジタル 教科書体 NK-R" w:eastAsia="UD デジタル 教科書体 NK-R"/>
              </w:rPr>
            </w:pPr>
          </w:p>
        </w:tc>
      </w:tr>
      <w:tr w:rsidR="001B2472" w:rsidRPr="0072532F">
        <w:trPr>
          <w:jc w:val="center"/>
        </w:trPr>
        <w:tc>
          <w:tcPr>
            <w:tcW w:w="567" w:type="dxa"/>
            <w:vAlign w:val="center"/>
          </w:tcPr>
          <w:p w:rsidR="001B2472" w:rsidRPr="0072532F" w:rsidRDefault="001B2472">
            <w:pPr>
              <w:rPr>
                <w:rFonts w:ascii="UD デジタル 教科書体 NK-R" w:eastAsia="UD デジタル 教科書体 NK-R"/>
              </w:rPr>
            </w:pPr>
          </w:p>
        </w:tc>
        <w:tc>
          <w:tcPr>
            <w:tcW w:w="2154" w:type="dxa"/>
            <w:vAlign w:val="center"/>
          </w:tcPr>
          <w:p w:rsidR="001B2472" w:rsidRPr="0072532F" w:rsidRDefault="001B2472">
            <w:pPr>
              <w:rPr>
                <w:rFonts w:ascii="UD デジタル 教科書体 NK-R" w:eastAsia="UD デジタル 教科書体 NK-R"/>
              </w:rPr>
            </w:pPr>
          </w:p>
        </w:tc>
        <w:tc>
          <w:tcPr>
            <w:tcW w:w="1984" w:type="dxa"/>
            <w:vAlign w:val="center"/>
          </w:tcPr>
          <w:p w:rsidR="001B2472" w:rsidRPr="0072532F" w:rsidRDefault="001B2472">
            <w:pPr>
              <w:rPr>
                <w:rFonts w:ascii="UD デジタル 教科書体 NK-R" w:eastAsia="UD デジタル 教科書体 NK-R"/>
              </w:rPr>
            </w:pPr>
          </w:p>
        </w:tc>
        <w:tc>
          <w:tcPr>
            <w:tcW w:w="1417" w:type="dxa"/>
            <w:vAlign w:val="center"/>
          </w:tcPr>
          <w:p w:rsidR="001B2472" w:rsidRPr="0072532F" w:rsidRDefault="001B2472">
            <w:pPr>
              <w:rPr>
                <w:rFonts w:ascii="UD デジタル 教科書体 NK-R" w:eastAsia="UD デジタル 教科書体 NK-R"/>
              </w:rPr>
            </w:pPr>
          </w:p>
        </w:tc>
        <w:tc>
          <w:tcPr>
            <w:tcW w:w="1247" w:type="dxa"/>
            <w:vAlign w:val="center"/>
          </w:tcPr>
          <w:p w:rsidR="001B2472" w:rsidRPr="0072532F" w:rsidRDefault="001B2472">
            <w:pPr>
              <w:rPr>
                <w:rFonts w:ascii="UD デジタル 教科書体 NK-R" w:eastAsia="UD デジタル 教科書体 NK-R"/>
              </w:rPr>
            </w:pPr>
          </w:p>
        </w:tc>
        <w:tc>
          <w:tcPr>
            <w:tcW w:w="1587" w:type="dxa"/>
            <w:vAlign w:val="center"/>
          </w:tcPr>
          <w:p w:rsidR="001B2472" w:rsidRPr="0072532F" w:rsidRDefault="001B2472">
            <w:pPr>
              <w:rPr>
                <w:rFonts w:ascii="UD デジタル 教科書体 NK-R" w:eastAsia="UD デジタル 教科書体 NK-R"/>
              </w:rPr>
            </w:pPr>
          </w:p>
        </w:tc>
        <w:tc>
          <w:tcPr>
            <w:tcW w:w="1417" w:type="dxa"/>
            <w:vAlign w:val="center"/>
          </w:tcPr>
          <w:p w:rsidR="001B2472" w:rsidRPr="0072532F" w:rsidRDefault="001B2472">
            <w:pPr>
              <w:rPr>
                <w:rFonts w:ascii="UD デジタル 教科書体 NK-R" w:eastAsia="UD デジタル 教科書体 NK-R"/>
              </w:rPr>
            </w:pPr>
          </w:p>
        </w:tc>
      </w:tr>
      <w:tr w:rsidR="001B2472" w:rsidRPr="0072532F">
        <w:trPr>
          <w:jc w:val="center"/>
        </w:trPr>
        <w:tc>
          <w:tcPr>
            <w:tcW w:w="567" w:type="dxa"/>
            <w:vAlign w:val="center"/>
          </w:tcPr>
          <w:p w:rsidR="001B2472" w:rsidRPr="0072532F" w:rsidRDefault="001B2472">
            <w:pPr>
              <w:rPr>
                <w:rFonts w:ascii="UD デジタル 教科書体 NK-R" w:eastAsia="UD デジタル 教科書体 NK-R"/>
              </w:rPr>
            </w:pPr>
          </w:p>
        </w:tc>
        <w:tc>
          <w:tcPr>
            <w:tcW w:w="2154" w:type="dxa"/>
            <w:vAlign w:val="center"/>
          </w:tcPr>
          <w:p w:rsidR="001B2472" w:rsidRPr="0072532F" w:rsidRDefault="001B2472">
            <w:pPr>
              <w:rPr>
                <w:rFonts w:ascii="UD デジタル 教科書体 NK-R" w:eastAsia="UD デジタル 教科書体 NK-R"/>
              </w:rPr>
            </w:pPr>
          </w:p>
        </w:tc>
        <w:tc>
          <w:tcPr>
            <w:tcW w:w="1984" w:type="dxa"/>
            <w:vAlign w:val="center"/>
          </w:tcPr>
          <w:p w:rsidR="001B2472" w:rsidRPr="0072532F" w:rsidRDefault="001B2472">
            <w:pPr>
              <w:rPr>
                <w:rFonts w:ascii="UD デジタル 教科書体 NK-R" w:eastAsia="UD デジタル 教科書体 NK-R"/>
              </w:rPr>
            </w:pPr>
          </w:p>
        </w:tc>
        <w:tc>
          <w:tcPr>
            <w:tcW w:w="1417" w:type="dxa"/>
            <w:vAlign w:val="center"/>
          </w:tcPr>
          <w:p w:rsidR="001B2472" w:rsidRPr="0072532F" w:rsidRDefault="001B2472">
            <w:pPr>
              <w:rPr>
                <w:rFonts w:ascii="UD デジタル 教科書体 NK-R" w:eastAsia="UD デジタル 教科書体 NK-R"/>
              </w:rPr>
            </w:pPr>
          </w:p>
        </w:tc>
        <w:tc>
          <w:tcPr>
            <w:tcW w:w="1247" w:type="dxa"/>
            <w:vAlign w:val="center"/>
          </w:tcPr>
          <w:p w:rsidR="001B2472" w:rsidRPr="0072532F" w:rsidRDefault="001B2472">
            <w:pPr>
              <w:rPr>
                <w:rFonts w:ascii="UD デジタル 教科書体 NK-R" w:eastAsia="UD デジタル 教科書体 NK-R"/>
              </w:rPr>
            </w:pPr>
          </w:p>
        </w:tc>
        <w:tc>
          <w:tcPr>
            <w:tcW w:w="1587" w:type="dxa"/>
            <w:vAlign w:val="center"/>
          </w:tcPr>
          <w:p w:rsidR="001B2472" w:rsidRPr="0072532F" w:rsidRDefault="001B2472">
            <w:pPr>
              <w:rPr>
                <w:rFonts w:ascii="UD デジタル 教科書体 NK-R" w:eastAsia="UD デジタル 教科書体 NK-R"/>
              </w:rPr>
            </w:pPr>
          </w:p>
        </w:tc>
        <w:tc>
          <w:tcPr>
            <w:tcW w:w="1417" w:type="dxa"/>
            <w:vAlign w:val="center"/>
          </w:tcPr>
          <w:p w:rsidR="001B2472" w:rsidRPr="0072532F" w:rsidRDefault="001B2472">
            <w:pPr>
              <w:rPr>
                <w:rFonts w:ascii="UD デジタル 教科書体 NK-R" w:eastAsia="UD デジタル 教科書体 NK-R"/>
              </w:rPr>
            </w:pPr>
          </w:p>
        </w:tc>
      </w:tr>
      <w:tr w:rsidR="001B2472" w:rsidRPr="0072532F">
        <w:trPr>
          <w:jc w:val="center"/>
        </w:trPr>
        <w:tc>
          <w:tcPr>
            <w:tcW w:w="567" w:type="dxa"/>
            <w:vAlign w:val="center"/>
          </w:tcPr>
          <w:p w:rsidR="001B2472" w:rsidRPr="0072532F" w:rsidRDefault="001B2472">
            <w:pPr>
              <w:rPr>
                <w:rFonts w:ascii="UD デジタル 教科書体 NK-R" w:eastAsia="UD デジタル 教科書体 NK-R"/>
              </w:rPr>
            </w:pPr>
          </w:p>
        </w:tc>
        <w:tc>
          <w:tcPr>
            <w:tcW w:w="2154" w:type="dxa"/>
            <w:vAlign w:val="center"/>
          </w:tcPr>
          <w:p w:rsidR="001B2472" w:rsidRPr="0072532F" w:rsidRDefault="001B2472">
            <w:pPr>
              <w:rPr>
                <w:rFonts w:ascii="UD デジタル 教科書体 NK-R" w:eastAsia="UD デジタル 教科書体 NK-R"/>
              </w:rPr>
            </w:pPr>
          </w:p>
        </w:tc>
        <w:tc>
          <w:tcPr>
            <w:tcW w:w="1984" w:type="dxa"/>
            <w:vAlign w:val="center"/>
          </w:tcPr>
          <w:p w:rsidR="001B2472" w:rsidRPr="0072532F" w:rsidRDefault="001B2472">
            <w:pPr>
              <w:rPr>
                <w:rFonts w:ascii="UD デジタル 教科書体 NK-R" w:eastAsia="UD デジタル 教科書体 NK-R"/>
              </w:rPr>
            </w:pPr>
          </w:p>
        </w:tc>
        <w:tc>
          <w:tcPr>
            <w:tcW w:w="1417" w:type="dxa"/>
            <w:vAlign w:val="center"/>
          </w:tcPr>
          <w:p w:rsidR="001B2472" w:rsidRPr="0072532F" w:rsidRDefault="001B2472">
            <w:pPr>
              <w:rPr>
                <w:rFonts w:ascii="UD デジタル 教科書体 NK-R" w:eastAsia="UD デジタル 教科書体 NK-R"/>
              </w:rPr>
            </w:pPr>
          </w:p>
        </w:tc>
        <w:tc>
          <w:tcPr>
            <w:tcW w:w="1247" w:type="dxa"/>
            <w:vAlign w:val="center"/>
          </w:tcPr>
          <w:p w:rsidR="001B2472" w:rsidRPr="0072532F" w:rsidRDefault="001B2472">
            <w:pPr>
              <w:rPr>
                <w:rFonts w:ascii="UD デジタル 教科書体 NK-R" w:eastAsia="UD デジタル 教科書体 NK-R"/>
              </w:rPr>
            </w:pPr>
          </w:p>
        </w:tc>
        <w:tc>
          <w:tcPr>
            <w:tcW w:w="1587" w:type="dxa"/>
            <w:vAlign w:val="center"/>
          </w:tcPr>
          <w:p w:rsidR="001B2472" w:rsidRPr="0072532F" w:rsidRDefault="001B2472">
            <w:pPr>
              <w:rPr>
                <w:rFonts w:ascii="UD デジタル 教科書体 NK-R" w:eastAsia="UD デジタル 教科書体 NK-R"/>
              </w:rPr>
            </w:pPr>
          </w:p>
        </w:tc>
        <w:tc>
          <w:tcPr>
            <w:tcW w:w="1417" w:type="dxa"/>
            <w:vAlign w:val="center"/>
          </w:tcPr>
          <w:p w:rsidR="001B2472" w:rsidRPr="0072532F" w:rsidRDefault="001B2472">
            <w:pPr>
              <w:rPr>
                <w:rFonts w:ascii="UD デジタル 教科書体 NK-R" w:eastAsia="UD デジタル 教科書体 NK-R"/>
              </w:rPr>
            </w:pPr>
          </w:p>
        </w:tc>
      </w:tr>
    </w:tbl>
    <w:p w:rsidR="00FC1DCE" w:rsidRDefault="00FC1DCE">
      <w:pPr>
        <w:rPr>
          <w:rFonts w:ascii="UD デジタル 教科書体 NK-R" w:eastAsia="UD デジタル 教科書体 NK-R"/>
          <w:b/>
        </w:rPr>
      </w:pPr>
    </w:p>
    <w:p w:rsidR="001B2472" w:rsidRPr="0072532F" w:rsidRDefault="0072532F">
      <w:pPr>
        <w:rPr>
          <w:rFonts w:ascii="UD デジタル 教科書体 NK-R" w:eastAsia="UD デジタル 教科書体 NK-R"/>
        </w:rPr>
      </w:pPr>
      <w:r w:rsidRPr="0072532F">
        <w:rPr>
          <w:rFonts w:ascii="UD デジタル 教科書体 NK-R" w:eastAsia="UD デジタル 教科書体 NK-R" w:hint="eastAsia"/>
          <w:b/>
        </w:rPr>
        <w:t>（２）自主事業個別計画</w:t>
      </w:r>
    </w:p>
    <w:p w:rsidR="001B2472" w:rsidRPr="0072532F" w:rsidRDefault="0072532F">
      <w:pPr>
        <w:spacing w:after="100"/>
        <w:rPr>
          <w:rFonts w:ascii="UD デジタル 教科書体 NK-R" w:eastAsia="UD デジタル 教科書体 NK-R"/>
          <w:szCs w:val="21"/>
          <w:lang w:eastAsia="ja-JP"/>
        </w:rPr>
      </w:pPr>
      <w:r w:rsidRPr="0072532F">
        <w:rPr>
          <w:rFonts w:ascii="UD デジタル 教科書体 NK-R" w:eastAsia="UD デジタル 教科書体 NK-R" w:hint="eastAsia"/>
          <w:szCs w:val="21"/>
          <w:lang w:eastAsia="ja-JP"/>
        </w:rPr>
        <w:t>各事業について、以下の項目を記載してください。必要に応じて事業ごとに表を追加してください。</w:t>
      </w:r>
    </w:p>
    <w:tbl>
      <w:tblPr>
        <w:tblStyle w:val="afe"/>
        <w:tblW w:w="0" w:type="auto"/>
        <w:tblLook w:val="04A0" w:firstRow="1" w:lastRow="0" w:firstColumn="1" w:lastColumn="0" w:noHBand="0" w:noVBand="1"/>
      </w:tblPr>
      <w:tblGrid>
        <w:gridCol w:w="2551"/>
        <w:gridCol w:w="7257"/>
      </w:tblGrid>
      <w:tr w:rsidR="001B2472" w:rsidRPr="0072532F" w:rsidTr="00946124">
        <w:tc>
          <w:tcPr>
            <w:tcW w:w="2551" w:type="dxa"/>
            <w:shd w:val="clear" w:color="auto" w:fill="auto"/>
            <w:vAlign w:val="center"/>
          </w:tcPr>
          <w:p w:rsidR="001B2472" w:rsidRPr="0072532F" w:rsidRDefault="0072532F">
            <w:pPr>
              <w:rPr>
                <w:rFonts w:ascii="UD デジタル 教科書体 NK-R" w:eastAsia="UD デジタル 教科書体 NK-R"/>
              </w:rPr>
            </w:pPr>
            <w:r w:rsidRPr="0072532F">
              <w:rPr>
                <w:rFonts w:ascii="UD デジタル 教科書体 NK-R" w:eastAsia="UD デジタル 教科書体 NK-R" w:hint="eastAsia"/>
                <w:b/>
                <w:sz w:val="19"/>
              </w:rPr>
              <w:t>事業名</w:t>
            </w:r>
          </w:p>
        </w:tc>
        <w:tc>
          <w:tcPr>
            <w:tcW w:w="7257" w:type="dxa"/>
            <w:vAlign w:val="center"/>
          </w:tcPr>
          <w:p w:rsidR="001B2472" w:rsidRPr="0072532F" w:rsidRDefault="0072532F">
            <w:pPr>
              <w:rPr>
                <w:rFonts w:ascii="UD デジタル 教科書体 NK-R" w:eastAsia="UD デジタル 教科書体 NK-R"/>
              </w:rPr>
            </w:pPr>
            <w:r w:rsidRPr="0072532F">
              <w:rPr>
                <w:rFonts w:ascii="UD デジタル 教科書体 NK-R" w:eastAsia="UD デジタル 教科書体 NK-R" w:hint="eastAsia"/>
                <w:sz w:val="19"/>
              </w:rPr>
              <w:t>【記載欄】</w:t>
            </w:r>
            <w:r w:rsidRPr="0072532F">
              <w:rPr>
                <w:rFonts w:ascii="UD デジタル 教科書体 NK-R" w:eastAsia="UD デジタル 教科書体 NK-R" w:hint="eastAsia"/>
                <w:sz w:val="19"/>
              </w:rPr>
              <w:br/>
            </w:r>
            <w:r w:rsidRPr="0072532F">
              <w:rPr>
                <w:rFonts w:ascii="UD デジタル 教科書体 NK-R" w:eastAsia="UD デジタル 教科書体 NK-R" w:hint="eastAsia"/>
                <w:sz w:val="19"/>
              </w:rPr>
              <w:br/>
            </w:r>
          </w:p>
        </w:tc>
      </w:tr>
      <w:tr w:rsidR="001B2472" w:rsidRPr="0072532F" w:rsidTr="00946124">
        <w:tc>
          <w:tcPr>
            <w:tcW w:w="2551" w:type="dxa"/>
            <w:shd w:val="clear" w:color="auto" w:fill="auto"/>
            <w:vAlign w:val="center"/>
          </w:tcPr>
          <w:p w:rsidR="001B2472" w:rsidRPr="0072532F" w:rsidRDefault="0072532F">
            <w:pPr>
              <w:rPr>
                <w:rFonts w:ascii="UD デジタル 教科書体 NK-R" w:eastAsia="UD デジタル 教科書体 NK-R"/>
              </w:rPr>
            </w:pPr>
            <w:r w:rsidRPr="0072532F">
              <w:rPr>
                <w:rFonts w:ascii="UD デジタル 教科書体 NK-R" w:eastAsia="UD デジタル 教科書体 NK-R" w:hint="eastAsia"/>
                <w:b/>
                <w:sz w:val="19"/>
              </w:rPr>
              <w:t>関連するテーマ</w:t>
            </w:r>
          </w:p>
        </w:tc>
        <w:tc>
          <w:tcPr>
            <w:tcW w:w="7257" w:type="dxa"/>
            <w:vAlign w:val="center"/>
          </w:tcPr>
          <w:p w:rsidR="001B2472" w:rsidRPr="0072532F" w:rsidRDefault="0072532F">
            <w:pPr>
              <w:rPr>
                <w:rFonts w:ascii="UD デジタル 教科書体 NK-R" w:eastAsia="UD デジタル 教科書体 NK-R"/>
              </w:rPr>
            </w:pPr>
            <w:r w:rsidRPr="0072532F">
              <w:rPr>
                <w:rFonts w:ascii="UD デジタル 教科書体 NK-R" w:eastAsia="UD デジタル 教科書体 NK-R" w:hint="eastAsia"/>
                <w:sz w:val="19"/>
              </w:rPr>
              <w:t>【記載欄】</w:t>
            </w:r>
            <w:r w:rsidRPr="0072532F">
              <w:rPr>
                <w:rFonts w:ascii="UD デジタル 教科書体 NK-R" w:eastAsia="UD デジタル 教科書体 NK-R" w:hint="eastAsia"/>
                <w:sz w:val="19"/>
              </w:rPr>
              <w:br/>
            </w:r>
            <w:r w:rsidRPr="0072532F">
              <w:rPr>
                <w:rFonts w:ascii="UD デジタル 教科書体 NK-R" w:eastAsia="UD デジタル 教科書体 NK-R" w:hint="eastAsia"/>
                <w:sz w:val="19"/>
              </w:rPr>
              <w:br/>
            </w:r>
          </w:p>
        </w:tc>
      </w:tr>
      <w:tr w:rsidR="001B2472" w:rsidRPr="0072532F" w:rsidTr="00946124">
        <w:tc>
          <w:tcPr>
            <w:tcW w:w="2551" w:type="dxa"/>
            <w:shd w:val="clear" w:color="auto" w:fill="auto"/>
            <w:vAlign w:val="center"/>
          </w:tcPr>
          <w:p w:rsidR="001B2472" w:rsidRPr="0072532F" w:rsidRDefault="0072532F">
            <w:pPr>
              <w:rPr>
                <w:rFonts w:ascii="UD デジタル 教科書体 NK-R" w:eastAsia="UD デジタル 教科書体 NK-R"/>
              </w:rPr>
            </w:pPr>
            <w:r w:rsidRPr="0072532F">
              <w:rPr>
                <w:rFonts w:ascii="UD デジタル 教科書体 NK-R" w:eastAsia="UD デジタル 教科書体 NK-R" w:hint="eastAsia"/>
                <w:b/>
                <w:sz w:val="19"/>
              </w:rPr>
              <w:t>目的</w:t>
            </w:r>
          </w:p>
        </w:tc>
        <w:tc>
          <w:tcPr>
            <w:tcW w:w="7257" w:type="dxa"/>
            <w:vAlign w:val="center"/>
          </w:tcPr>
          <w:p w:rsidR="001B2472" w:rsidRPr="0072532F" w:rsidRDefault="0072532F">
            <w:pPr>
              <w:rPr>
                <w:rFonts w:ascii="UD デジタル 教科書体 NK-R" w:eastAsia="UD デジタル 教科書体 NK-R"/>
              </w:rPr>
            </w:pPr>
            <w:r w:rsidRPr="0072532F">
              <w:rPr>
                <w:rFonts w:ascii="UD デジタル 教科書体 NK-R" w:eastAsia="UD デジタル 教科書体 NK-R" w:hint="eastAsia"/>
                <w:sz w:val="19"/>
              </w:rPr>
              <w:t>【記載欄】</w:t>
            </w:r>
            <w:r w:rsidRPr="0072532F">
              <w:rPr>
                <w:rFonts w:ascii="UD デジタル 教科書体 NK-R" w:eastAsia="UD デジタル 教科書体 NK-R" w:hint="eastAsia"/>
                <w:sz w:val="19"/>
              </w:rPr>
              <w:br/>
            </w:r>
            <w:r w:rsidRPr="0072532F">
              <w:rPr>
                <w:rFonts w:ascii="UD デジタル 教科書体 NK-R" w:eastAsia="UD デジタル 教科書体 NK-R" w:hint="eastAsia"/>
                <w:sz w:val="19"/>
              </w:rPr>
              <w:br/>
            </w:r>
          </w:p>
        </w:tc>
      </w:tr>
      <w:tr w:rsidR="001B2472" w:rsidRPr="0072532F" w:rsidTr="00946124">
        <w:tc>
          <w:tcPr>
            <w:tcW w:w="2551" w:type="dxa"/>
            <w:shd w:val="clear" w:color="auto" w:fill="auto"/>
            <w:vAlign w:val="center"/>
          </w:tcPr>
          <w:p w:rsidR="001B2472" w:rsidRPr="0072532F" w:rsidRDefault="0072532F">
            <w:pPr>
              <w:rPr>
                <w:rFonts w:ascii="UD デジタル 教科書体 NK-R" w:eastAsia="UD デジタル 教科書体 NK-R"/>
              </w:rPr>
            </w:pPr>
            <w:r w:rsidRPr="0072532F">
              <w:rPr>
                <w:rFonts w:ascii="UD デジタル 教科書体 NK-R" w:eastAsia="UD デジタル 教科書体 NK-R" w:hint="eastAsia"/>
                <w:b/>
                <w:sz w:val="19"/>
              </w:rPr>
              <w:t>内容</w:t>
            </w:r>
          </w:p>
        </w:tc>
        <w:tc>
          <w:tcPr>
            <w:tcW w:w="7257" w:type="dxa"/>
            <w:vAlign w:val="center"/>
          </w:tcPr>
          <w:p w:rsidR="001B2472" w:rsidRPr="0072532F" w:rsidRDefault="0072532F">
            <w:pPr>
              <w:rPr>
                <w:rFonts w:ascii="UD デジタル 教科書体 NK-R" w:eastAsia="UD デジタル 教科書体 NK-R"/>
              </w:rPr>
            </w:pPr>
            <w:r w:rsidRPr="0072532F">
              <w:rPr>
                <w:rFonts w:ascii="UD デジタル 教科書体 NK-R" w:eastAsia="UD デジタル 教科書体 NK-R" w:hint="eastAsia"/>
                <w:sz w:val="19"/>
              </w:rPr>
              <w:t>【記載欄】</w:t>
            </w:r>
            <w:r w:rsidRPr="0072532F">
              <w:rPr>
                <w:rFonts w:ascii="UD デジタル 教科書体 NK-R" w:eastAsia="UD デジタル 教科書体 NK-R" w:hint="eastAsia"/>
                <w:sz w:val="19"/>
              </w:rPr>
              <w:br/>
            </w:r>
            <w:r w:rsidRPr="0072532F">
              <w:rPr>
                <w:rFonts w:ascii="UD デジタル 教科書体 NK-R" w:eastAsia="UD デジタル 教科書体 NK-R" w:hint="eastAsia"/>
                <w:sz w:val="19"/>
              </w:rPr>
              <w:br/>
            </w:r>
          </w:p>
        </w:tc>
      </w:tr>
      <w:tr w:rsidR="001B2472" w:rsidRPr="0072532F" w:rsidTr="00946124">
        <w:tc>
          <w:tcPr>
            <w:tcW w:w="2551" w:type="dxa"/>
            <w:shd w:val="clear" w:color="auto" w:fill="auto"/>
            <w:vAlign w:val="center"/>
          </w:tcPr>
          <w:p w:rsidR="001B2472" w:rsidRPr="0072532F" w:rsidRDefault="0072532F">
            <w:pPr>
              <w:rPr>
                <w:rFonts w:ascii="UD デジタル 教科書体 NK-R" w:eastAsia="UD デジタル 教科書体 NK-R"/>
              </w:rPr>
            </w:pPr>
            <w:r w:rsidRPr="0072532F">
              <w:rPr>
                <w:rFonts w:ascii="UD デジタル 教科書体 NK-R" w:eastAsia="UD デジタル 教科書体 NK-R" w:hint="eastAsia"/>
                <w:b/>
                <w:sz w:val="19"/>
              </w:rPr>
              <w:t>対象者</w:t>
            </w:r>
          </w:p>
        </w:tc>
        <w:tc>
          <w:tcPr>
            <w:tcW w:w="7257" w:type="dxa"/>
            <w:vAlign w:val="center"/>
          </w:tcPr>
          <w:p w:rsidR="001B2472" w:rsidRPr="0072532F" w:rsidRDefault="0072532F">
            <w:pPr>
              <w:rPr>
                <w:rFonts w:ascii="UD デジタル 教科書体 NK-R" w:eastAsia="UD デジタル 教科書体 NK-R"/>
              </w:rPr>
            </w:pPr>
            <w:r w:rsidRPr="0072532F">
              <w:rPr>
                <w:rFonts w:ascii="UD デジタル 教科書体 NK-R" w:eastAsia="UD デジタル 教科書体 NK-R" w:hint="eastAsia"/>
                <w:sz w:val="19"/>
              </w:rPr>
              <w:t>【記載欄】</w:t>
            </w:r>
            <w:r w:rsidRPr="0072532F">
              <w:rPr>
                <w:rFonts w:ascii="UD デジタル 教科書体 NK-R" w:eastAsia="UD デジタル 教科書体 NK-R" w:hint="eastAsia"/>
                <w:sz w:val="19"/>
              </w:rPr>
              <w:br/>
            </w:r>
            <w:r w:rsidRPr="0072532F">
              <w:rPr>
                <w:rFonts w:ascii="UD デジタル 教科書体 NK-R" w:eastAsia="UD デジタル 教科書体 NK-R" w:hint="eastAsia"/>
                <w:sz w:val="19"/>
              </w:rPr>
              <w:br/>
            </w:r>
          </w:p>
        </w:tc>
      </w:tr>
      <w:tr w:rsidR="001B2472" w:rsidRPr="0072532F" w:rsidTr="00946124">
        <w:tc>
          <w:tcPr>
            <w:tcW w:w="2551" w:type="dxa"/>
            <w:shd w:val="clear" w:color="auto" w:fill="auto"/>
            <w:vAlign w:val="center"/>
          </w:tcPr>
          <w:p w:rsidR="001B2472" w:rsidRPr="0072532F" w:rsidRDefault="0072532F">
            <w:pPr>
              <w:rPr>
                <w:rFonts w:ascii="UD デジタル 教科書体 NK-R" w:eastAsia="UD デジタル 教科書体 NK-R"/>
              </w:rPr>
            </w:pPr>
            <w:r w:rsidRPr="0072532F">
              <w:rPr>
                <w:rFonts w:ascii="UD デジタル 教科書体 NK-R" w:eastAsia="UD デジタル 教科書体 NK-R" w:hint="eastAsia"/>
                <w:b/>
                <w:sz w:val="19"/>
              </w:rPr>
              <w:t>実施時期・頻度</w:t>
            </w:r>
          </w:p>
        </w:tc>
        <w:tc>
          <w:tcPr>
            <w:tcW w:w="7257" w:type="dxa"/>
            <w:vAlign w:val="center"/>
          </w:tcPr>
          <w:p w:rsidR="001B2472" w:rsidRPr="0072532F" w:rsidRDefault="0072532F">
            <w:pPr>
              <w:rPr>
                <w:rFonts w:ascii="UD デジタル 教科書体 NK-R" w:eastAsia="UD デジタル 教科書体 NK-R"/>
              </w:rPr>
            </w:pPr>
            <w:r w:rsidRPr="0072532F">
              <w:rPr>
                <w:rFonts w:ascii="UD デジタル 教科書体 NK-R" w:eastAsia="UD デジタル 教科書体 NK-R" w:hint="eastAsia"/>
                <w:sz w:val="19"/>
              </w:rPr>
              <w:t>【記載欄】</w:t>
            </w:r>
            <w:r w:rsidRPr="0072532F">
              <w:rPr>
                <w:rFonts w:ascii="UD デジタル 教科書体 NK-R" w:eastAsia="UD デジタル 教科書体 NK-R" w:hint="eastAsia"/>
                <w:sz w:val="19"/>
              </w:rPr>
              <w:br/>
            </w:r>
            <w:r w:rsidRPr="0072532F">
              <w:rPr>
                <w:rFonts w:ascii="UD デジタル 教科書体 NK-R" w:eastAsia="UD デジタル 教科書体 NK-R" w:hint="eastAsia"/>
                <w:sz w:val="19"/>
              </w:rPr>
              <w:br/>
            </w:r>
          </w:p>
        </w:tc>
      </w:tr>
      <w:tr w:rsidR="001B2472" w:rsidRPr="0072532F" w:rsidTr="00946124">
        <w:tc>
          <w:tcPr>
            <w:tcW w:w="2551" w:type="dxa"/>
            <w:shd w:val="clear" w:color="auto" w:fill="auto"/>
            <w:vAlign w:val="center"/>
          </w:tcPr>
          <w:p w:rsidR="001B2472" w:rsidRPr="0072532F" w:rsidRDefault="0072532F">
            <w:pPr>
              <w:rPr>
                <w:rFonts w:ascii="UD デジタル 教科書体 NK-R" w:eastAsia="UD デジタル 教科書体 NK-R"/>
                <w:lang w:eastAsia="ja-JP"/>
              </w:rPr>
            </w:pPr>
            <w:r w:rsidRPr="0072532F">
              <w:rPr>
                <w:rFonts w:ascii="UD デジタル 教科書体 NK-R" w:eastAsia="UD デジタル 教科書体 NK-R" w:hint="eastAsia"/>
                <w:b/>
                <w:sz w:val="19"/>
                <w:lang w:eastAsia="ja-JP"/>
              </w:rPr>
              <w:lastRenderedPageBreak/>
              <w:t>実施体制（人員・資格等）</w:t>
            </w:r>
          </w:p>
        </w:tc>
        <w:tc>
          <w:tcPr>
            <w:tcW w:w="7257" w:type="dxa"/>
            <w:vAlign w:val="center"/>
          </w:tcPr>
          <w:p w:rsidR="001B2472" w:rsidRPr="0072532F" w:rsidRDefault="0072532F">
            <w:pPr>
              <w:rPr>
                <w:rFonts w:ascii="UD デジタル 教科書体 NK-R" w:eastAsia="UD デジタル 教科書体 NK-R"/>
              </w:rPr>
            </w:pPr>
            <w:r w:rsidRPr="0072532F">
              <w:rPr>
                <w:rFonts w:ascii="UD デジタル 教科書体 NK-R" w:eastAsia="UD デジタル 教科書体 NK-R" w:hint="eastAsia"/>
                <w:sz w:val="19"/>
              </w:rPr>
              <w:t>【記載欄】</w:t>
            </w:r>
            <w:r w:rsidRPr="0072532F">
              <w:rPr>
                <w:rFonts w:ascii="UD デジタル 教科書体 NK-R" w:eastAsia="UD デジタル 教科書体 NK-R" w:hint="eastAsia"/>
                <w:sz w:val="19"/>
              </w:rPr>
              <w:br/>
            </w:r>
            <w:r w:rsidRPr="0072532F">
              <w:rPr>
                <w:rFonts w:ascii="UD デジタル 教科書体 NK-R" w:eastAsia="UD デジタル 教科書体 NK-R" w:hint="eastAsia"/>
                <w:sz w:val="19"/>
              </w:rPr>
              <w:br/>
            </w:r>
          </w:p>
        </w:tc>
      </w:tr>
      <w:tr w:rsidR="001B2472" w:rsidRPr="0072532F" w:rsidTr="00946124">
        <w:tc>
          <w:tcPr>
            <w:tcW w:w="2551" w:type="dxa"/>
            <w:shd w:val="clear" w:color="auto" w:fill="auto"/>
            <w:vAlign w:val="center"/>
          </w:tcPr>
          <w:p w:rsidR="001B2472" w:rsidRPr="0072532F" w:rsidRDefault="0072532F">
            <w:pPr>
              <w:rPr>
                <w:rFonts w:ascii="UD デジタル 教科書体 NK-R" w:eastAsia="UD デジタル 教科書体 NK-R"/>
              </w:rPr>
            </w:pPr>
            <w:r w:rsidRPr="0072532F">
              <w:rPr>
                <w:rFonts w:ascii="UD デジタル 教科書体 NK-R" w:eastAsia="UD デジタル 教科書体 NK-R" w:hint="eastAsia"/>
                <w:b/>
                <w:sz w:val="19"/>
              </w:rPr>
              <w:t>連携先</w:t>
            </w:r>
          </w:p>
        </w:tc>
        <w:tc>
          <w:tcPr>
            <w:tcW w:w="7257" w:type="dxa"/>
            <w:vAlign w:val="center"/>
          </w:tcPr>
          <w:p w:rsidR="001B2472" w:rsidRPr="0072532F" w:rsidRDefault="0072532F">
            <w:pPr>
              <w:rPr>
                <w:rFonts w:ascii="UD デジタル 教科書体 NK-R" w:eastAsia="UD デジタル 教科書体 NK-R"/>
              </w:rPr>
            </w:pPr>
            <w:r w:rsidRPr="0072532F">
              <w:rPr>
                <w:rFonts w:ascii="UD デジタル 教科書体 NK-R" w:eastAsia="UD デジタル 教科書体 NK-R" w:hint="eastAsia"/>
                <w:sz w:val="19"/>
              </w:rPr>
              <w:t>【記載欄】</w:t>
            </w:r>
            <w:r w:rsidRPr="0072532F">
              <w:rPr>
                <w:rFonts w:ascii="UD デジタル 教科書体 NK-R" w:eastAsia="UD デジタル 教科書体 NK-R" w:hint="eastAsia"/>
                <w:sz w:val="19"/>
              </w:rPr>
              <w:br/>
            </w:r>
            <w:r w:rsidRPr="0072532F">
              <w:rPr>
                <w:rFonts w:ascii="UD デジタル 教科書体 NK-R" w:eastAsia="UD デジタル 教科書体 NK-R" w:hint="eastAsia"/>
                <w:sz w:val="19"/>
              </w:rPr>
              <w:br/>
            </w:r>
          </w:p>
        </w:tc>
      </w:tr>
      <w:tr w:rsidR="001B2472" w:rsidRPr="0072532F" w:rsidTr="00946124">
        <w:tc>
          <w:tcPr>
            <w:tcW w:w="2551" w:type="dxa"/>
            <w:shd w:val="clear" w:color="auto" w:fill="auto"/>
            <w:vAlign w:val="center"/>
          </w:tcPr>
          <w:p w:rsidR="001B2472" w:rsidRPr="0072532F" w:rsidRDefault="0072532F">
            <w:pPr>
              <w:rPr>
                <w:rFonts w:ascii="UD デジタル 教科書体 NK-R" w:eastAsia="UD デジタル 教科書体 NK-R"/>
              </w:rPr>
            </w:pPr>
            <w:r w:rsidRPr="0072532F">
              <w:rPr>
                <w:rFonts w:ascii="UD デジタル 教科書体 NK-R" w:eastAsia="UD デジタル 教科書体 NK-R" w:hint="eastAsia"/>
                <w:b/>
                <w:sz w:val="19"/>
              </w:rPr>
              <w:t>期待する効果</w:t>
            </w:r>
          </w:p>
        </w:tc>
        <w:tc>
          <w:tcPr>
            <w:tcW w:w="7257" w:type="dxa"/>
            <w:vAlign w:val="center"/>
          </w:tcPr>
          <w:p w:rsidR="001B2472" w:rsidRPr="0072532F" w:rsidRDefault="0072532F">
            <w:pPr>
              <w:rPr>
                <w:rFonts w:ascii="UD デジタル 教科書体 NK-R" w:eastAsia="UD デジタル 教科書体 NK-R"/>
              </w:rPr>
            </w:pPr>
            <w:r w:rsidRPr="0072532F">
              <w:rPr>
                <w:rFonts w:ascii="UD デジタル 教科書体 NK-R" w:eastAsia="UD デジタル 教科書体 NK-R" w:hint="eastAsia"/>
                <w:sz w:val="19"/>
              </w:rPr>
              <w:t>【記載欄】</w:t>
            </w:r>
            <w:r w:rsidRPr="0072532F">
              <w:rPr>
                <w:rFonts w:ascii="UD デジタル 教科書体 NK-R" w:eastAsia="UD デジタル 教科書体 NK-R" w:hint="eastAsia"/>
                <w:sz w:val="19"/>
              </w:rPr>
              <w:br/>
            </w:r>
            <w:r w:rsidRPr="0072532F">
              <w:rPr>
                <w:rFonts w:ascii="UD デジタル 教科書体 NK-R" w:eastAsia="UD デジタル 教科書体 NK-R" w:hint="eastAsia"/>
                <w:sz w:val="19"/>
              </w:rPr>
              <w:br/>
            </w:r>
          </w:p>
        </w:tc>
      </w:tr>
      <w:tr w:rsidR="001B2472" w:rsidRPr="0072532F" w:rsidTr="00946124">
        <w:tc>
          <w:tcPr>
            <w:tcW w:w="2551" w:type="dxa"/>
            <w:shd w:val="clear" w:color="auto" w:fill="auto"/>
            <w:vAlign w:val="center"/>
          </w:tcPr>
          <w:p w:rsidR="001B2472" w:rsidRPr="0072532F" w:rsidRDefault="0072532F">
            <w:pPr>
              <w:rPr>
                <w:rFonts w:ascii="UD デジタル 教科書体 NK-R" w:eastAsia="UD デジタル 教科書体 NK-R"/>
              </w:rPr>
            </w:pPr>
            <w:r w:rsidRPr="0072532F">
              <w:rPr>
                <w:rFonts w:ascii="UD デジタル 教科書体 NK-R" w:eastAsia="UD デジタル 教科書体 NK-R" w:hint="eastAsia"/>
                <w:b/>
                <w:sz w:val="19"/>
              </w:rPr>
              <w:t>効果測定・KPI</w:t>
            </w:r>
          </w:p>
        </w:tc>
        <w:tc>
          <w:tcPr>
            <w:tcW w:w="7257" w:type="dxa"/>
            <w:vAlign w:val="center"/>
          </w:tcPr>
          <w:p w:rsidR="001B2472" w:rsidRPr="0072532F" w:rsidRDefault="0072532F">
            <w:pPr>
              <w:rPr>
                <w:rFonts w:ascii="UD デジタル 教科書体 NK-R" w:eastAsia="UD デジタル 教科書体 NK-R"/>
              </w:rPr>
            </w:pPr>
            <w:r w:rsidRPr="0072532F">
              <w:rPr>
                <w:rFonts w:ascii="UD デジタル 教科書体 NK-R" w:eastAsia="UD デジタル 教科書体 NK-R" w:hint="eastAsia"/>
                <w:sz w:val="19"/>
              </w:rPr>
              <w:t>【記載欄】</w:t>
            </w:r>
            <w:r w:rsidRPr="0072532F">
              <w:rPr>
                <w:rFonts w:ascii="UD デジタル 教科書体 NK-R" w:eastAsia="UD デジタル 教科書体 NK-R" w:hint="eastAsia"/>
                <w:sz w:val="19"/>
              </w:rPr>
              <w:br/>
            </w:r>
            <w:r w:rsidRPr="0072532F">
              <w:rPr>
                <w:rFonts w:ascii="UD デジタル 教科書体 NK-R" w:eastAsia="UD デジタル 教科書体 NK-R" w:hint="eastAsia"/>
                <w:sz w:val="19"/>
              </w:rPr>
              <w:br/>
            </w:r>
          </w:p>
        </w:tc>
      </w:tr>
      <w:tr w:rsidR="001B2472" w:rsidRPr="0072532F" w:rsidTr="00946124">
        <w:tc>
          <w:tcPr>
            <w:tcW w:w="2551" w:type="dxa"/>
            <w:shd w:val="clear" w:color="auto" w:fill="auto"/>
            <w:vAlign w:val="center"/>
          </w:tcPr>
          <w:p w:rsidR="001B2472" w:rsidRPr="0072532F" w:rsidRDefault="0072532F">
            <w:pPr>
              <w:rPr>
                <w:rFonts w:ascii="UD デジタル 教科書体 NK-R" w:eastAsia="UD デジタル 教科書体 NK-R"/>
              </w:rPr>
            </w:pPr>
            <w:r w:rsidRPr="0072532F">
              <w:rPr>
                <w:rFonts w:ascii="UD デジタル 教科書体 NK-R" w:eastAsia="UD デジタル 教科書体 NK-R" w:hint="eastAsia"/>
                <w:b/>
                <w:sz w:val="19"/>
              </w:rPr>
              <w:t>収支（収入・支出）</w:t>
            </w:r>
          </w:p>
        </w:tc>
        <w:tc>
          <w:tcPr>
            <w:tcW w:w="7257" w:type="dxa"/>
            <w:vAlign w:val="center"/>
          </w:tcPr>
          <w:p w:rsidR="001B2472" w:rsidRPr="0072532F" w:rsidRDefault="0072532F">
            <w:pPr>
              <w:rPr>
                <w:rFonts w:ascii="UD デジタル 教科書体 NK-R" w:eastAsia="UD デジタル 教科書体 NK-R"/>
              </w:rPr>
            </w:pPr>
            <w:r w:rsidRPr="0072532F">
              <w:rPr>
                <w:rFonts w:ascii="UD デジタル 教科書体 NK-R" w:eastAsia="UD デジタル 教科書体 NK-R" w:hint="eastAsia"/>
                <w:sz w:val="19"/>
              </w:rPr>
              <w:t>【記載欄】</w:t>
            </w:r>
            <w:r w:rsidRPr="0072532F">
              <w:rPr>
                <w:rFonts w:ascii="UD デジタル 教科書体 NK-R" w:eastAsia="UD デジタル 教科書体 NK-R" w:hint="eastAsia"/>
                <w:sz w:val="19"/>
              </w:rPr>
              <w:br/>
            </w:r>
            <w:r w:rsidRPr="0072532F">
              <w:rPr>
                <w:rFonts w:ascii="UD デジタル 教科書体 NK-R" w:eastAsia="UD デジタル 教科書体 NK-R" w:hint="eastAsia"/>
                <w:sz w:val="19"/>
              </w:rPr>
              <w:br/>
            </w:r>
          </w:p>
        </w:tc>
      </w:tr>
    </w:tbl>
    <w:p w:rsidR="001B2472" w:rsidRPr="00B72F81" w:rsidRDefault="00FC1DCE">
      <w:pPr>
        <w:spacing w:before="160" w:after="80"/>
        <w:rPr>
          <w:rFonts w:ascii="UD デジタル 教科書体 NK-R" w:eastAsia="UD デジタル 教科書体 NK-R"/>
          <w:sz w:val="24"/>
          <w:szCs w:val="24"/>
          <w:lang w:eastAsia="ja-JP"/>
        </w:rPr>
      </w:pPr>
      <w:r w:rsidRPr="00B72F81">
        <w:rPr>
          <w:rFonts w:ascii="UD デジタル 教科書体 NK-R" w:eastAsia="UD デジタル 教科書体 NK-R" w:hAnsi="ＭＳ ゴシック" w:hint="eastAsia"/>
          <w:sz w:val="24"/>
          <w:szCs w:val="24"/>
          <w:lang w:eastAsia="ja-JP"/>
        </w:rPr>
        <w:t>２</w:t>
      </w:r>
      <w:r w:rsidR="0072532F" w:rsidRPr="00B72F81">
        <w:rPr>
          <w:rFonts w:ascii="UD デジタル 教科書体 NK-R" w:eastAsia="UD デジタル 教科書体 NK-R" w:hAnsi="ＭＳ ゴシック" w:hint="eastAsia"/>
          <w:sz w:val="24"/>
          <w:szCs w:val="24"/>
          <w:lang w:eastAsia="ja-JP"/>
        </w:rPr>
        <w:t xml:space="preserve">　業務基準以上に実施する業務に係る実施計画</w:t>
      </w:r>
    </w:p>
    <w:p w:rsidR="001B2472" w:rsidRPr="0072532F" w:rsidRDefault="0072532F">
      <w:pPr>
        <w:spacing w:after="100"/>
        <w:rPr>
          <w:rFonts w:ascii="UD デジタル 教科書体 NK-R" w:eastAsia="UD デジタル 教科書体 NK-R"/>
          <w:lang w:eastAsia="ja-JP"/>
        </w:rPr>
      </w:pPr>
      <w:r w:rsidRPr="0072532F">
        <w:rPr>
          <w:rFonts w:ascii="UD デジタル 教科書体 NK-R" w:eastAsia="UD デジタル 教科書体 NK-R" w:hint="eastAsia"/>
          <w:lang w:eastAsia="ja-JP"/>
        </w:rPr>
        <w:t>海津市市民プールの維持管理、設備保守点検、清掃その他の維持管理業務について、仕様書等に示す実施方法、実施回数等を上回る内容により実施を予定している業務がある場合は、その具体的な実施方法、実施頻度等を記載してください。　なお、通常の指定管理業務として仕様書等に定める範囲の業務を記載するものではありません。</w:t>
      </w:r>
    </w:p>
    <w:tbl>
      <w:tblPr>
        <w:tblStyle w:val="afe"/>
        <w:tblW w:w="0" w:type="auto"/>
        <w:tblLook w:val="04A0" w:firstRow="1" w:lastRow="0" w:firstColumn="1" w:lastColumn="0" w:noHBand="0" w:noVBand="1"/>
      </w:tblPr>
      <w:tblGrid>
        <w:gridCol w:w="1213"/>
        <w:gridCol w:w="1531"/>
        <w:gridCol w:w="1986"/>
        <w:gridCol w:w="1230"/>
        <w:gridCol w:w="1349"/>
        <w:gridCol w:w="1668"/>
        <w:gridCol w:w="1213"/>
      </w:tblGrid>
      <w:tr w:rsidR="001B2472" w:rsidRPr="0072532F" w:rsidTr="00946124">
        <w:tc>
          <w:tcPr>
            <w:tcW w:w="1417" w:type="dxa"/>
            <w:shd w:val="clear" w:color="auto" w:fill="auto"/>
            <w:vAlign w:val="center"/>
          </w:tcPr>
          <w:p w:rsidR="001B2472" w:rsidRPr="0072532F" w:rsidRDefault="0072532F">
            <w:pPr>
              <w:rPr>
                <w:rFonts w:ascii="UD デジタル 教科書体 NK-R" w:eastAsia="UD デジタル 教科書体 NK-R"/>
              </w:rPr>
            </w:pPr>
            <w:r w:rsidRPr="0072532F">
              <w:rPr>
                <w:rFonts w:ascii="UD デジタル 教科書体 NK-R" w:eastAsia="UD デジタル 教科書体 NK-R" w:hint="eastAsia"/>
                <w:b/>
                <w:sz w:val="17"/>
              </w:rPr>
              <w:t>業務名</w:t>
            </w:r>
          </w:p>
        </w:tc>
        <w:tc>
          <w:tcPr>
            <w:tcW w:w="1814" w:type="dxa"/>
            <w:shd w:val="clear" w:color="auto" w:fill="auto"/>
            <w:vAlign w:val="center"/>
          </w:tcPr>
          <w:p w:rsidR="001B2472" w:rsidRPr="0072532F" w:rsidRDefault="0072532F">
            <w:pPr>
              <w:rPr>
                <w:rFonts w:ascii="UD デジタル 教科書体 NK-R" w:eastAsia="UD デジタル 教科書体 NK-R"/>
                <w:lang w:eastAsia="ja-JP"/>
              </w:rPr>
            </w:pPr>
            <w:r w:rsidRPr="0072532F">
              <w:rPr>
                <w:rFonts w:ascii="UD デジタル 教科書体 NK-R" w:eastAsia="UD デジタル 教科書体 NK-R" w:hint="eastAsia"/>
                <w:b/>
                <w:sz w:val="17"/>
                <w:lang w:eastAsia="ja-JP"/>
              </w:rPr>
              <w:t>仕様書等に定める基準</w:t>
            </w:r>
          </w:p>
        </w:tc>
        <w:tc>
          <w:tcPr>
            <w:tcW w:w="2381" w:type="dxa"/>
            <w:shd w:val="clear" w:color="auto" w:fill="auto"/>
            <w:vAlign w:val="center"/>
          </w:tcPr>
          <w:p w:rsidR="001B2472" w:rsidRPr="0072532F" w:rsidRDefault="0072532F">
            <w:pPr>
              <w:rPr>
                <w:rFonts w:ascii="UD デジタル 教科書体 NK-R" w:eastAsia="UD デジタル 教科書体 NK-R"/>
              </w:rPr>
            </w:pPr>
            <w:r w:rsidRPr="0072532F">
              <w:rPr>
                <w:rFonts w:ascii="UD デジタル 教科書体 NK-R" w:eastAsia="UD デジタル 教科書体 NK-R" w:hint="eastAsia"/>
                <w:b/>
                <w:sz w:val="17"/>
              </w:rPr>
              <w:t>提案する実施内容</w:t>
            </w:r>
          </w:p>
        </w:tc>
        <w:tc>
          <w:tcPr>
            <w:tcW w:w="1417" w:type="dxa"/>
            <w:shd w:val="clear" w:color="auto" w:fill="auto"/>
            <w:vAlign w:val="center"/>
          </w:tcPr>
          <w:p w:rsidR="001B2472" w:rsidRPr="0072532F" w:rsidRDefault="0072532F">
            <w:pPr>
              <w:rPr>
                <w:rFonts w:ascii="UD デジタル 教科書体 NK-R" w:eastAsia="UD デジタル 教科書体 NK-R"/>
              </w:rPr>
            </w:pPr>
            <w:r w:rsidRPr="0072532F">
              <w:rPr>
                <w:rFonts w:ascii="UD デジタル 教科書体 NK-R" w:eastAsia="UD デジタル 教科書体 NK-R" w:hint="eastAsia"/>
                <w:b/>
                <w:sz w:val="17"/>
              </w:rPr>
              <w:t>実施時期・頻度</w:t>
            </w:r>
          </w:p>
        </w:tc>
        <w:tc>
          <w:tcPr>
            <w:tcW w:w="1587" w:type="dxa"/>
            <w:shd w:val="clear" w:color="auto" w:fill="auto"/>
            <w:vAlign w:val="center"/>
          </w:tcPr>
          <w:p w:rsidR="001B2472" w:rsidRPr="0072532F" w:rsidRDefault="0072532F">
            <w:pPr>
              <w:rPr>
                <w:rFonts w:ascii="UD デジタル 教科書体 NK-R" w:eastAsia="UD デジタル 教科書体 NK-R"/>
              </w:rPr>
            </w:pPr>
            <w:r w:rsidRPr="0072532F">
              <w:rPr>
                <w:rFonts w:ascii="UD デジタル 教科書体 NK-R" w:eastAsia="UD デジタル 教科書体 NK-R" w:hint="eastAsia"/>
                <w:b/>
                <w:sz w:val="17"/>
              </w:rPr>
              <w:t>実施体制</w:t>
            </w:r>
          </w:p>
        </w:tc>
        <w:tc>
          <w:tcPr>
            <w:tcW w:w="1984" w:type="dxa"/>
            <w:shd w:val="clear" w:color="auto" w:fill="auto"/>
            <w:vAlign w:val="center"/>
          </w:tcPr>
          <w:p w:rsidR="001B2472" w:rsidRPr="0072532F" w:rsidRDefault="0072532F">
            <w:pPr>
              <w:rPr>
                <w:rFonts w:ascii="UD デジタル 教科書体 NK-R" w:eastAsia="UD デジタル 教科書体 NK-R"/>
              </w:rPr>
            </w:pPr>
            <w:r w:rsidRPr="0072532F">
              <w:rPr>
                <w:rFonts w:ascii="UD デジタル 教科書体 NK-R" w:eastAsia="UD デジタル 教科書体 NK-R" w:hint="eastAsia"/>
                <w:b/>
                <w:sz w:val="17"/>
              </w:rPr>
              <w:t>期待する効果</w:t>
            </w:r>
          </w:p>
        </w:tc>
        <w:tc>
          <w:tcPr>
            <w:tcW w:w="1417" w:type="dxa"/>
            <w:shd w:val="clear" w:color="auto" w:fill="auto"/>
            <w:vAlign w:val="center"/>
          </w:tcPr>
          <w:p w:rsidR="001B2472" w:rsidRPr="0072532F" w:rsidRDefault="0072532F">
            <w:pPr>
              <w:rPr>
                <w:rFonts w:ascii="UD デジタル 教科書体 NK-R" w:eastAsia="UD デジタル 教科書体 NK-R"/>
              </w:rPr>
            </w:pPr>
            <w:r w:rsidRPr="0072532F">
              <w:rPr>
                <w:rFonts w:ascii="UD デジタル 教科書体 NK-R" w:eastAsia="UD デジタル 教科書体 NK-R" w:hint="eastAsia"/>
                <w:b/>
                <w:sz w:val="17"/>
              </w:rPr>
              <w:t>費用</w:t>
            </w:r>
          </w:p>
        </w:tc>
      </w:tr>
      <w:tr w:rsidR="001B2472" w:rsidRPr="0072532F">
        <w:tc>
          <w:tcPr>
            <w:tcW w:w="1417" w:type="dxa"/>
            <w:vAlign w:val="center"/>
          </w:tcPr>
          <w:p w:rsidR="001B2472" w:rsidRPr="0072532F" w:rsidRDefault="001B2472">
            <w:pPr>
              <w:rPr>
                <w:rFonts w:ascii="UD デジタル 教科書体 NK-R" w:eastAsia="UD デジタル 教科書体 NK-R"/>
              </w:rPr>
            </w:pPr>
          </w:p>
        </w:tc>
        <w:tc>
          <w:tcPr>
            <w:tcW w:w="1814" w:type="dxa"/>
            <w:vAlign w:val="center"/>
          </w:tcPr>
          <w:p w:rsidR="001B2472" w:rsidRPr="0072532F" w:rsidRDefault="001B2472">
            <w:pPr>
              <w:rPr>
                <w:rFonts w:ascii="UD デジタル 教科書体 NK-R" w:eastAsia="UD デジタル 教科書体 NK-R"/>
              </w:rPr>
            </w:pPr>
          </w:p>
        </w:tc>
        <w:tc>
          <w:tcPr>
            <w:tcW w:w="2381" w:type="dxa"/>
            <w:vAlign w:val="center"/>
          </w:tcPr>
          <w:p w:rsidR="001B2472" w:rsidRPr="0072532F" w:rsidRDefault="001B2472">
            <w:pPr>
              <w:rPr>
                <w:rFonts w:ascii="UD デジタル 教科書体 NK-R" w:eastAsia="UD デジタル 教科書体 NK-R"/>
              </w:rPr>
            </w:pPr>
          </w:p>
        </w:tc>
        <w:tc>
          <w:tcPr>
            <w:tcW w:w="1417" w:type="dxa"/>
            <w:vAlign w:val="center"/>
          </w:tcPr>
          <w:p w:rsidR="001B2472" w:rsidRPr="0072532F" w:rsidRDefault="001B2472">
            <w:pPr>
              <w:rPr>
                <w:rFonts w:ascii="UD デジタル 教科書体 NK-R" w:eastAsia="UD デジタル 教科書体 NK-R"/>
              </w:rPr>
            </w:pPr>
          </w:p>
        </w:tc>
        <w:tc>
          <w:tcPr>
            <w:tcW w:w="1587" w:type="dxa"/>
            <w:vAlign w:val="center"/>
          </w:tcPr>
          <w:p w:rsidR="001B2472" w:rsidRPr="0072532F" w:rsidRDefault="001B2472">
            <w:pPr>
              <w:rPr>
                <w:rFonts w:ascii="UD デジタル 教科書体 NK-R" w:eastAsia="UD デジタル 教科書体 NK-R"/>
              </w:rPr>
            </w:pPr>
          </w:p>
        </w:tc>
        <w:tc>
          <w:tcPr>
            <w:tcW w:w="1984" w:type="dxa"/>
            <w:vAlign w:val="center"/>
          </w:tcPr>
          <w:p w:rsidR="001B2472" w:rsidRPr="0072532F" w:rsidRDefault="001B2472">
            <w:pPr>
              <w:rPr>
                <w:rFonts w:ascii="UD デジタル 教科書体 NK-R" w:eastAsia="UD デジタル 教科書体 NK-R"/>
              </w:rPr>
            </w:pPr>
          </w:p>
        </w:tc>
        <w:tc>
          <w:tcPr>
            <w:tcW w:w="1417" w:type="dxa"/>
            <w:vAlign w:val="center"/>
          </w:tcPr>
          <w:p w:rsidR="001B2472" w:rsidRPr="0072532F" w:rsidRDefault="001B2472">
            <w:pPr>
              <w:rPr>
                <w:rFonts w:ascii="UD デジタル 教科書体 NK-R" w:eastAsia="UD デジタル 教科書体 NK-R"/>
              </w:rPr>
            </w:pPr>
          </w:p>
        </w:tc>
      </w:tr>
      <w:tr w:rsidR="001B2472" w:rsidRPr="0072532F">
        <w:tc>
          <w:tcPr>
            <w:tcW w:w="1417" w:type="dxa"/>
            <w:vAlign w:val="center"/>
          </w:tcPr>
          <w:p w:rsidR="001B2472" w:rsidRPr="0072532F" w:rsidRDefault="001B2472">
            <w:pPr>
              <w:rPr>
                <w:rFonts w:ascii="UD デジタル 教科書体 NK-R" w:eastAsia="UD デジタル 教科書体 NK-R"/>
              </w:rPr>
            </w:pPr>
          </w:p>
        </w:tc>
        <w:tc>
          <w:tcPr>
            <w:tcW w:w="1814" w:type="dxa"/>
            <w:vAlign w:val="center"/>
          </w:tcPr>
          <w:p w:rsidR="001B2472" w:rsidRPr="0072532F" w:rsidRDefault="001B2472">
            <w:pPr>
              <w:rPr>
                <w:rFonts w:ascii="UD デジタル 教科書体 NK-R" w:eastAsia="UD デジタル 教科書体 NK-R"/>
              </w:rPr>
            </w:pPr>
          </w:p>
        </w:tc>
        <w:tc>
          <w:tcPr>
            <w:tcW w:w="2381" w:type="dxa"/>
            <w:vAlign w:val="center"/>
          </w:tcPr>
          <w:p w:rsidR="001B2472" w:rsidRPr="0072532F" w:rsidRDefault="001B2472">
            <w:pPr>
              <w:rPr>
                <w:rFonts w:ascii="UD デジタル 教科書体 NK-R" w:eastAsia="UD デジタル 教科書体 NK-R"/>
              </w:rPr>
            </w:pPr>
          </w:p>
        </w:tc>
        <w:tc>
          <w:tcPr>
            <w:tcW w:w="1417" w:type="dxa"/>
            <w:vAlign w:val="center"/>
          </w:tcPr>
          <w:p w:rsidR="001B2472" w:rsidRPr="0072532F" w:rsidRDefault="001B2472">
            <w:pPr>
              <w:rPr>
                <w:rFonts w:ascii="UD デジタル 教科書体 NK-R" w:eastAsia="UD デジタル 教科書体 NK-R"/>
              </w:rPr>
            </w:pPr>
          </w:p>
        </w:tc>
        <w:tc>
          <w:tcPr>
            <w:tcW w:w="1587" w:type="dxa"/>
            <w:vAlign w:val="center"/>
          </w:tcPr>
          <w:p w:rsidR="001B2472" w:rsidRPr="0072532F" w:rsidRDefault="001B2472">
            <w:pPr>
              <w:rPr>
                <w:rFonts w:ascii="UD デジタル 教科書体 NK-R" w:eastAsia="UD デジタル 教科書体 NK-R"/>
              </w:rPr>
            </w:pPr>
          </w:p>
        </w:tc>
        <w:tc>
          <w:tcPr>
            <w:tcW w:w="1984" w:type="dxa"/>
            <w:vAlign w:val="center"/>
          </w:tcPr>
          <w:p w:rsidR="001B2472" w:rsidRPr="0072532F" w:rsidRDefault="001B2472">
            <w:pPr>
              <w:rPr>
                <w:rFonts w:ascii="UD デジタル 教科書体 NK-R" w:eastAsia="UD デジタル 教科書体 NK-R"/>
              </w:rPr>
            </w:pPr>
          </w:p>
        </w:tc>
        <w:tc>
          <w:tcPr>
            <w:tcW w:w="1417" w:type="dxa"/>
            <w:vAlign w:val="center"/>
          </w:tcPr>
          <w:p w:rsidR="001B2472" w:rsidRPr="0072532F" w:rsidRDefault="001B2472">
            <w:pPr>
              <w:rPr>
                <w:rFonts w:ascii="UD デジタル 教科書体 NK-R" w:eastAsia="UD デジタル 教科書体 NK-R"/>
              </w:rPr>
            </w:pPr>
          </w:p>
        </w:tc>
      </w:tr>
      <w:tr w:rsidR="001B2472" w:rsidRPr="0072532F">
        <w:tc>
          <w:tcPr>
            <w:tcW w:w="1417" w:type="dxa"/>
            <w:vAlign w:val="center"/>
          </w:tcPr>
          <w:p w:rsidR="001B2472" w:rsidRPr="0072532F" w:rsidRDefault="001B2472">
            <w:pPr>
              <w:rPr>
                <w:rFonts w:ascii="UD デジタル 教科書体 NK-R" w:eastAsia="UD デジタル 教科書体 NK-R"/>
              </w:rPr>
            </w:pPr>
          </w:p>
        </w:tc>
        <w:tc>
          <w:tcPr>
            <w:tcW w:w="1814" w:type="dxa"/>
            <w:vAlign w:val="center"/>
          </w:tcPr>
          <w:p w:rsidR="001B2472" w:rsidRPr="0072532F" w:rsidRDefault="001B2472">
            <w:pPr>
              <w:rPr>
                <w:rFonts w:ascii="UD デジタル 教科書体 NK-R" w:eastAsia="UD デジタル 教科書体 NK-R"/>
              </w:rPr>
            </w:pPr>
          </w:p>
        </w:tc>
        <w:tc>
          <w:tcPr>
            <w:tcW w:w="2381" w:type="dxa"/>
            <w:vAlign w:val="center"/>
          </w:tcPr>
          <w:p w:rsidR="001B2472" w:rsidRPr="0072532F" w:rsidRDefault="001B2472">
            <w:pPr>
              <w:rPr>
                <w:rFonts w:ascii="UD デジタル 教科書体 NK-R" w:eastAsia="UD デジタル 教科書体 NK-R"/>
              </w:rPr>
            </w:pPr>
          </w:p>
        </w:tc>
        <w:tc>
          <w:tcPr>
            <w:tcW w:w="1417" w:type="dxa"/>
            <w:vAlign w:val="center"/>
          </w:tcPr>
          <w:p w:rsidR="001B2472" w:rsidRPr="0072532F" w:rsidRDefault="001B2472">
            <w:pPr>
              <w:rPr>
                <w:rFonts w:ascii="UD デジタル 教科書体 NK-R" w:eastAsia="UD デジタル 教科書体 NK-R"/>
              </w:rPr>
            </w:pPr>
          </w:p>
        </w:tc>
        <w:tc>
          <w:tcPr>
            <w:tcW w:w="1587" w:type="dxa"/>
            <w:vAlign w:val="center"/>
          </w:tcPr>
          <w:p w:rsidR="001B2472" w:rsidRPr="0072532F" w:rsidRDefault="001B2472">
            <w:pPr>
              <w:rPr>
                <w:rFonts w:ascii="UD デジタル 教科書体 NK-R" w:eastAsia="UD デジタル 教科書体 NK-R"/>
              </w:rPr>
            </w:pPr>
          </w:p>
        </w:tc>
        <w:tc>
          <w:tcPr>
            <w:tcW w:w="1984" w:type="dxa"/>
            <w:vAlign w:val="center"/>
          </w:tcPr>
          <w:p w:rsidR="001B2472" w:rsidRPr="0072532F" w:rsidRDefault="001B2472">
            <w:pPr>
              <w:rPr>
                <w:rFonts w:ascii="UD デジタル 教科書体 NK-R" w:eastAsia="UD デジタル 教科書体 NK-R"/>
              </w:rPr>
            </w:pPr>
          </w:p>
        </w:tc>
        <w:tc>
          <w:tcPr>
            <w:tcW w:w="1417" w:type="dxa"/>
            <w:vAlign w:val="center"/>
          </w:tcPr>
          <w:p w:rsidR="001B2472" w:rsidRPr="0072532F" w:rsidRDefault="001B2472">
            <w:pPr>
              <w:rPr>
                <w:rFonts w:ascii="UD デジタル 教科書体 NK-R" w:eastAsia="UD デジタル 教科書体 NK-R"/>
              </w:rPr>
            </w:pPr>
          </w:p>
        </w:tc>
      </w:tr>
      <w:tr w:rsidR="001B2472" w:rsidRPr="0072532F">
        <w:tc>
          <w:tcPr>
            <w:tcW w:w="1417" w:type="dxa"/>
            <w:vAlign w:val="center"/>
          </w:tcPr>
          <w:p w:rsidR="001B2472" w:rsidRPr="0072532F" w:rsidRDefault="001B2472">
            <w:pPr>
              <w:rPr>
                <w:rFonts w:ascii="UD デジタル 教科書体 NK-R" w:eastAsia="UD デジタル 教科書体 NK-R"/>
              </w:rPr>
            </w:pPr>
          </w:p>
        </w:tc>
        <w:tc>
          <w:tcPr>
            <w:tcW w:w="1814" w:type="dxa"/>
            <w:vAlign w:val="center"/>
          </w:tcPr>
          <w:p w:rsidR="001B2472" w:rsidRPr="0072532F" w:rsidRDefault="001B2472">
            <w:pPr>
              <w:rPr>
                <w:rFonts w:ascii="UD デジタル 教科書体 NK-R" w:eastAsia="UD デジタル 教科書体 NK-R"/>
              </w:rPr>
            </w:pPr>
          </w:p>
        </w:tc>
        <w:tc>
          <w:tcPr>
            <w:tcW w:w="2381" w:type="dxa"/>
            <w:vAlign w:val="center"/>
          </w:tcPr>
          <w:p w:rsidR="001B2472" w:rsidRPr="0072532F" w:rsidRDefault="001B2472">
            <w:pPr>
              <w:rPr>
                <w:rFonts w:ascii="UD デジタル 教科書体 NK-R" w:eastAsia="UD デジタル 教科書体 NK-R"/>
              </w:rPr>
            </w:pPr>
          </w:p>
        </w:tc>
        <w:tc>
          <w:tcPr>
            <w:tcW w:w="1417" w:type="dxa"/>
            <w:vAlign w:val="center"/>
          </w:tcPr>
          <w:p w:rsidR="001B2472" w:rsidRPr="0072532F" w:rsidRDefault="001B2472">
            <w:pPr>
              <w:rPr>
                <w:rFonts w:ascii="UD デジタル 教科書体 NK-R" w:eastAsia="UD デジタル 教科書体 NK-R"/>
              </w:rPr>
            </w:pPr>
          </w:p>
        </w:tc>
        <w:tc>
          <w:tcPr>
            <w:tcW w:w="1587" w:type="dxa"/>
            <w:vAlign w:val="center"/>
          </w:tcPr>
          <w:p w:rsidR="001B2472" w:rsidRPr="0072532F" w:rsidRDefault="001B2472">
            <w:pPr>
              <w:rPr>
                <w:rFonts w:ascii="UD デジタル 教科書体 NK-R" w:eastAsia="UD デジタル 教科書体 NK-R"/>
              </w:rPr>
            </w:pPr>
          </w:p>
        </w:tc>
        <w:tc>
          <w:tcPr>
            <w:tcW w:w="1984" w:type="dxa"/>
            <w:vAlign w:val="center"/>
          </w:tcPr>
          <w:p w:rsidR="001B2472" w:rsidRPr="0072532F" w:rsidRDefault="001B2472">
            <w:pPr>
              <w:rPr>
                <w:rFonts w:ascii="UD デジタル 教科書体 NK-R" w:eastAsia="UD デジタル 教科書体 NK-R"/>
              </w:rPr>
            </w:pPr>
          </w:p>
        </w:tc>
        <w:tc>
          <w:tcPr>
            <w:tcW w:w="1417" w:type="dxa"/>
            <w:vAlign w:val="center"/>
          </w:tcPr>
          <w:p w:rsidR="001B2472" w:rsidRPr="0072532F" w:rsidRDefault="001B2472">
            <w:pPr>
              <w:rPr>
                <w:rFonts w:ascii="UD デジタル 教科書体 NK-R" w:eastAsia="UD デジタル 教科書体 NK-R"/>
              </w:rPr>
            </w:pPr>
          </w:p>
        </w:tc>
      </w:tr>
    </w:tbl>
    <w:p w:rsidR="001B2472" w:rsidRPr="00B72F81" w:rsidRDefault="00FC1DCE">
      <w:pPr>
        <w:spacing w:before="160" w:after="80"/>
        <w:rPr>
          <w:rFonts w:ascii="UD デジタル 教科書体 NK-R" w:eastAsia="UD デジタル 教科書体 NK-R"/>
          <w:sz w:val="24"/>
          <w:szCs w:val="24"/>
          <w:lang w:eastAsia="ja-JP"/>
        </w:rPr>
      </w:pPr>
      <w:r w:rsidRPr="00B72F81">
        <w:rPr>
          <w:rFonts w:ascii="UD デジタル 教科書体 NK-R" w:eastAsia="UD デジタル 教科書体 NK-R" w:hAnsi="ＭＳ ゴシック" w:hint="eastAsia"/>
          <w:sz w:val="24"/>
          <w:szCs w:val="24"/>
          <w:lang w:eastAsia="ja-JP"/>
        </w:rPr>
        <w:t>３</w:t>
      </w:r>
      <w:r w:rsidR="0072532F" w:rsidRPr="00B72F81">
        <w:rPr>
          <w:rFonts w:ascii="UD デジタル 教科書体 NK-R" w:eastAsia="UD デジタル 教科書体 NK-R" w:hAnsi="ＭＳ ゴシック" w:hint="eastAsia"/>
          <w:sz w:val="24"/>
          <w:szCs w:val="24"/>
          <w:lang w:eastAsia="ja-JP"/>
        </w:rPr>
        <w:t xml:space="preserve">　その他、本市が目指す新たな市民プールの実現に資する提案</w:t>
      </w:r>
    </w:p>
    <w:p w:rsidR="001B2472" w:rsidRPr="0072532F" w:rsidRDefault="0072532F">
      <w:pPr>
        <w:spacing w:after="100"/>
        <w:rPr>
          <w:rFonts w:ascii="UD デジタル 教科書体 NK-R" w:eastAsia="UD デジタル 教科書体 NK-R"/>
          <w:szCs w:val="21"/>
          <w:lang w:eastAsia="ja-JP"/>
        </w:rPr>
      </w:pPr>
      <w:r w:rsidRPr="0072532F">
        <w:rPr>
          <w:rFonts w:ascii="UD デジタル 教科書体 NK-R" w:eastAsia="UD デジタル 教科書体 NK-R" w:hint="eastAsia"/>
          <w:szCs w:val="21"/>
          <w:lang w:eastAsia="ja-JP"/>
        </w:rPr>
        <w:t>上記の項目に限らず、「プールを核とした地域の健康・交流拠点」という考え方に基づき、施設の使い方、サービス、地域との関わり方、情報発信、民間活力の活用等について、独自の提案があれば記載してください。</w:t>
      </w:r>
    </w:p>
    <w:tbl>
      <w:tblPr>
        <w:tblStyle w:val="afe"/>
        <w:tblW w:w="0" w:type="auto"/>
        <w:tblLook w:val="04A0" w:firstRow="1" w:lastRow="0" w:firstColumn="1" w:lastColumn="0" w:noHBand="0" w:noVBand="1"/>
      </w:tblPr>
      <w:tblGrid>
        <w:gridCol w:w="10190"/>
      </w:tblGrid>
      <w:tr w:rsidR="001B2472" w:rsidRPr="0072532F">
        <w:tc>
          <w:tcPr>
            <w:tcW w:w="10200" w:type="dxa"/>
            <w:vAlign w:val="center"/>
          </w:tcPr>
          <w:p w:rsidR="001B2472" w:rsidRPr="0072532F" w:rsidRDefault="0072532F">
            <w:pPr>
              <w:rPr>
                <w:rFonts w:ascii="UD デジタル 教科書体 NK-R" w:eastAsia="UD デジタル 教科書体 NK-R"/>
              </w:rPr>
            </w:pPr>
            <w:r w:rsidRPr="0072532F">
              <w:rPr>
                <w:rFonts w:ascii="UD デジタル 教科書体 NK-R" w:eastAsia="UD デジタル 教科書体 NK-R" w:hint="eastAsia"/>
                <w:sz w:val="19"/>
              </w:rPr>
              <w:t>【自由提案】</w:t>
            </w:r>
            <w:r w:rsidRPr="0072532F">
              <w:rPr>
                <w:rFonts w:ascii="UD デジタル 教科書体 NK-R" w:eastAsia="UD デジタル 教科書体 NK-R" w:hint="eastAsia"/>
                <w:sz w:val="19"/>
              </w:rPr>
              <w:br/>
            </w:r>
            <w:r w:rsidRPr="0072532F">
              <w:rPr>
                <w:rFonts w:ascii="UD デジタル 教科書体 NK-R" w:eastAsia="UD デジタル 教科書体 NK-R" w:hint="eastAsia"/>
                <w:sz w:val="19"/>
              </w:rPr>
              <w:br/>
            </w:r>
            <w:r w:rsidRPr="0072532F">
              <w:rPr>
                <w:rFonts w:ascii="UD デジタル 教科書体 NK-R" w:eastAsia="UD デジタル 教科書体 NK-R" w:hint="eastAsia"/>
                <w:sz w:val="19"/>
              </w:rPr>
              <w:br/>
            </w:r>
            <w:r w:rsidRPr="0072532F">
              <w:rPr>
                <w:rFonts w:ascii="UD デジタル 教科書体 NK-R" w:eastAsia="UD デジタル 教科書体 NK-R" w:hint="eastAsia"/>
                <w:sz w:val="19"/>
              </w:rPr>
              <w:br/>
            </w:r>
            <w:r w:rsidRPr="0072532F">
              <w:rPr>
                <w:rFonts w:ascii="UD デジタル 教科書体 NK-R" w:eastAsia="UD デジタル 教科書体 NK-R" w:hint="eastAsia"/>
                <w:sz w:val="19"/>
              </w:rPr>
              <w:br/>
            </w:r>
          </w:p>
        </w:tc>
      </w:tr>
    </w:tbl>
    <w:p w:rsidR="001B2472" w:rsidRPr="0072532F" w:rsidRDefault="0072532F">
      <w:pPr>
        <w:spacing w:after="100"/>
        <w:rPr>
          <w:rFonts w:ascii="UD デジタル 教科書体 NK-R" w:eastAsia="UD デジタル 教科書体 NK-R"/>
          <w:sz w:val="20"/>
          <w:szCs w:val="20"/>
          <w:lang w:eastAsia="ja-JP"/>
        </w:rPr>
      </w:pPr>
      <w:r w:rsidRPr="0072532F">
        <w:rPr>
          <w:rFonts w:ascii="UD デジタル 教科書体 NK-R" w:eastAsia="UD デジタル 教科書体 NK-R" w:hint="eastAsia"/>
          <w:sz w:val="20"/>
          <w:szCs w:val="20"/>
          <w:lang w:eastAsia="ja-JP"/>
        </w:rPr>
        <w:t>※　提案内容の実施に当たっては、関係法令、条例、規則、仕様書その他の定めを遵守するとともに、市との協議・承認等が必要な事項については、所定の手続きを行うものとします。</w:t>
      </w:r>
    </w:p>
    <w:p w:rsidR="001B2472" w:rsidRPr="0072532F" w:rsidRDefault="0072532F">
      <w:pPr>
        <w:spacing w:after="100"/>
        <w:rPr>
          <w:rFonts w:ascii="UD デジタル 教科書体 NK-R" w:eastAsia="UD デジタル 教科書体 NK-R"/>
          <w:sz w:val="20"/>
          <w:szCs w:val="20"/>
          <w:lang w:eastAsia="ja-JP"/>
        </w:rPr>
      </w:pPr>
      <w:r w:rsidRPr="0072532F">
        <w:rPr>
          <w:rFonts w:ascii="UD デジタル 教科書体 NK-R" w:eastAsia="UD デジタル 教科書体 NK-R" w:hint="eastAsia"/>
          <w:sz w:val="20"/>
          <w:szCs w:val="20"/>
          <w:lang w:eastAsia="ja-JP"/>
        </w:rPr>
        <w:t>※　自主事業に係る収支は、指定管理業務に係る収支と区分して整理してください。</w:t>
      </w:r>
    </w:p>
    <w:sectPr w:rsidR="001B2472" w:rsidRPr="0072532F" w:rsidSect="00034616">
      <w:pgSz w:w="12240" w:h="15840"/>
      <w:pgMar w:top="1020" w:right="1020" w:bottom="102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7075" w:rsidRDefault="00197075" w:rsidP="00197075">
      <w:pPr>
        <w:spacing w:after="0" w:line="240" w:lineRule="auto"/>
      </w:pPr>
      <w:r>
        <w:separator/>
      </w:r>
    </w:p>
  </w:endnote>
  <w:endnote w:type="continuationSeparator" w:id="0">
    <w:p w:rsidR="00197075" w:rsidRDefault="00197075" w:rsidP="00197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Calibri">
    <w:panose1 w:val="020F0502020204030204"/>
    <w:charset w:val="00"/>
    <w:family w:val="swiss"/>
    <w:pitch w:val="variable"/>
    <w:sig w:usb0="E4002EFF" w:usb1="C000247B"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ourier">
    <w:panose1 w:val="02070409020205020404"/>
    <w:charset w:val="00"/>
    <w:family w:val="auto"/>
    <w:pitch w:val="variable"/>
    <w:sig w:usb0="00000003" w:usb1="00000000" w:usb2="00000000" w:usb3="00000000" w:csb0="00000001" w:csb1="00000000"/>
  </w:font>
  <w:font w:name="UD デジタル 教科書体 NK-R">
    <w:panose1 w:val="02020400000000000000"/>
    <w:charset w:val="80"/>
    <w:family w:val="roman"/>
    <w:pitch w:val="variable"/>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7075" w:rsidRDefault="00197075" w:rsidP="00197075">
      <w:pPr>
        <w:spacing w:after="0" w:line="240" w:lineRule="auto"/>
      </w:pPr>
      <w:r>
        <w:separator/>
      </w:r>
    </w:p>
  </w:footnote>
  <w:footnote w:type="continuationSeparator" w:id="0">
    <w:p w:rsidR="00197075" w:rsidRDefault="00197075" w:rsidP="001970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8193">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97075"/>
    <w:rsid w:val="001B2472"/>
    <w:rsid w:val="0029639D"/>
    <w:rsid w:val="002D2C58"/>
    <w:rsid w:val="00326F90"/>
    <w:rsid w:val="00350BF5"/>
    <w:rsid w:val="005222AA"/>
    <w:rsid w:val="0072532F"/>
    <w:rsid w:val="007C75F5"/>
    <w:rsid w:val="009010C7"/>
    <w:rsid w:val="00946124"/>
    <w:rsid w:val="00AA1D8D"/>
    <w:rsid w:val="00AB3554"/>
    <w:rsid w:val="00B47730"/>
    <w:rsid w:val="00B72F81"/>
    <w:rsid w:val="00C7067E"/>
    <w:rsid w:val="00CB0664"/>
    <w:rsid w:val="00FC1D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v:textbox inset="5.85pt,.7pt,5.85pt,.7pt"/>
    </o:shapedefaults>
    <o:shapelayout v:ext="edit">
      <o:idmap v:ext="edit" data="1"/>
    </o:shapelayout>
  </w:shapeDefaults>
  <w:decimalSymbol w:val="."/>
  <w:listSeparator w:val=","/>
  <w14:defaultImageDpi w14:val="300"/>
  <w15:docId w15:val="{F3581A39-FDA1-4611-9A86-A670B49F2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ＭＳ 明朝" w:eastAsia="ＭＳ 明朝" w:hAnsi="ＭＳ 明朝"/>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
    <w:name w:val="Balloon Text"/>
    <w:basedOn w:val="a1"/>
    <w:link w:val="aff0"/>
    <w:uiPriority w:val="99"/>
    <w:semiHidden/>
    <w:unhideWhenUsed/>
    <w:rsid w:val="0072532F"/>
    <w:pPr>
      <w:spacing w:after="0" w:line="240" w:lineRule="auto"/>
    </w:pPr>
    <w:rPr>
      <w:rFonts w:asciiTheme="majorHAnsi" w:eastAsiaTheme="majorEastAsia" w:hAnsiTheme="majorHAnsi" w:cstheme="majorBidi"/>
      <w:sz w:val="18"/>
      <w:szCs w:val="18"/>
    </w:rPr>
  </w:style>
  <w:style w:type="character" w:customStyle="1" w:styleId="aff0">
    <w:name w:val="吹き出し (文字)"/>
    <w:basedOn w:val="a2"/>
    <w:link w:val="aff"/>
    <w:uiPriority w:val="99"/>
    <w:semiHidden/>
    <w:rsid w:val="0072532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AFF0CE-EEC8-4B82-91A2-1AE46859A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2</Pages>
  <Words>158</Words>
  <Characters>905</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近藤　康成</dc:creator>
  <cp:lastModifiedBy>伊藤　芳朗</cp:lastModifiedBy>
  <cp:revision>11</cp:revision>
  <cp:lastPrinted>2026-09-15T10:33:00Z</cp:lastPrinted>
  <dcterms:created xsi:type="dcterms:W3CDTF">2026-09-15T10:33:00Z</dcterms:created>
  <dcterms:modified xsi:type="dcterms:W3CDTF">2026-09-30T04:02:00Z</dcterms:modified>
</cp:coreProperties>
</file>